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112" w:rsidRDefault="002E6112" w:rsidP="0048427C">
      <w:pPr>
        <w:autoSpaceDE w:val="0"/>
        <w:autoSpaceDN w:val="0"/>
        <w:spacing w:after="78" w:line="220" w:lineRule="exact"/>
        <w:jc w:val="both"/>
      </w:pPr>
    </w:p>
    <w:p w:rsidR="002E6112" w:rsidRDefault="002E6112" w:rsidP="0048427C">
      <w:pPr>
        <w:autoSpaceDE w:val="0"/>
        <w:autoSpaceDN w:val="0"/>
        <w:spacing w:after="0" w:line="281" w:lineRule="auto"/>
        <w:ind w:firstLine="18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noProof/>
          <w:color w:val="000000"/>
          <w:sz w:val="24"/>
          <w:lang w:val="ru-RU" w:eastAsia="ru-RU"/>
        </w:rPr>
        <w:drawing>
          <wp:inline distT="0" distB="0" distL="0" distR="0">
            <wp:extent cx="6720840" cy="471233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еография 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112" w:rsidRDefault="002E6112" w:rsidP="0048427C">
      <w:pPr>
        <w:autoSpaceDE w:val="0"/>
        <w:autoSpaceDN w:val="0"/>
        <w:spacing w:after="0" w:line="281" w:lineRule="auto"/>
        <w:ind w:firstLine="18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835869" w:rsidRPr="0028775A" w:rsidRDefault="0088145E" w:rsidP="0048427C">
      <w:pPr>
        <w:autoSpaceDE w:val="0"/>
        <w:autoSpaceDN w:val="0"/>
        <w:spacing w:after="0" w:line="281" w:lineRule="auto"/>
        <w:ind w:firstLine="180"/>
        <w:jc w:val="both"/>
        <w:rPr>
          <w:lang w:val="ru-RU"/>
        </w:rPr>
      </w:pPr>
      <w:bookmarkStart w:id="0" w:name="_GoBack"/>
      <w:bookmarkEnd w:id="0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образования, а также на основе характеристики планируемых результатов духовно-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нравственного развития, воспитания и социализации обучающихся, представленной в Примерной программе воспитания (одобрено решением ФУМО от 02 06 2020 г ).</w:t>
      </w:r>
    </w:p>
    <w:p w:rsidR="00835869" w:rsidRPr="0028775A" w:rsidRDefault="0088145E" w:rsidP="0048427C">
      <w:pPr>
        <w:autoSpaceDE w:val="0"/>
        <w:autoSpaceDN w:val="0"/>
        <w:spacing w:before="226" w:after="0" w:line="230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835869" w:rsidRPr="0028775A" w:rsidRDefault="0088145E" w:rsidP="0048427C">
      <w:pPr>
        <w:autoSpaceDE w:val="0"/>
        <w:autoSpaceDN w:val="0"/>
        <w:spacing w:before="346" w:after="0" w:line="283" w:lineRule="auto"/>
        <w:ind w:right="144" w:firstLine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личностным, </w:t>
      </w:r>
      <w:proofErr w:type="spellStart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метапредметным</w:t>
      </w:r>
      <w:proofErr w:type="spellEnd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предметным результатам освоения образовательных программ и составлена с учётом Концепции географического образования, принятой на Всероссийском съезде учителей географии 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и утверждённой Решением Коллегии Министерства просвещения и науки Российской Федерации от 24.12.2018 года.</w:t>
      </w:r>
    </w:p>
    <w:p w:rsidR="00835869" w:rsidRPr="0028775A" w:rsidRDefault="0088145E" w:rsidP="0048427C">
      <w:pPr>
        <w:autoSpaceDE w:val="0"/>
        <w:autoSpaceDN w:val="0"/>
        <w:spacing w:before="70" w:after="0"/>
        <w:ind w:right="576" w:firstLine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даёт представление о целях обучения, </w:t>
      </w:r>
      <w:proofErr w:type="gramStart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воспитания и развития</w:t>
      </w:r>
      <w:proofErr w:type="gramEnd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 обучающихся средствами учебного предмета «География»; определяет возможности предмета для реализации требований к результатам освоения программ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835869" w:rsidRPr="0028775A" w:rsidRDefault="0088145E" w:rsidP="0048427C">
      <w:pPr>
        <w:autoSpaceDE w:val="0"/>
        <w:autoSpaceDN w:val="0"/>
        <w:spacing w:before="262" w:after="0" w:line="230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«ГЕОГРАФИЯ»</w:t>
      </w:r>
    </w:p>
    <w:p w:rsidR="00835869" w:rsidRPr="0028775A" w:rsidRDefault="0088145E" w:rsidP="0048427C">
      <w:pPr>
        <w:autoSpaceDE w:val="0"/>
        <w:autoSpaceDN w:val="0"/>
        <w:spacing w:before="166" w:after="0" w:line="281" w:lineRule="auto"/>
        <w:ind w:right="432" w:firstLine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География в основной школе — предмет, формирующий у </w:t>
      </w:r>
      <w:proofErr w:type="spellStart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обу</w:t>
      </w:r>
      <w:proofErr w:type="spellEnd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чающихся</w:t>
      </w:r>
      <w:proofErr w:type="spellEnd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 систему комплексных социально ориентированных знаний о Земле как планете людей, об основных закономерностях развития природы, о размещении населения и хозяйства, об особенностях и о динамике основных 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природных, экологических и социально-экономических процессов, о </w:t>
      </w:r>
      <w:proofErr w:type="gramStart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проб- </w:t>
      </w:r>
      <w:proofErr w:type="spellStart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лемах</w:t>
      </w:r>
      <w:proofErr w:type="spellEnd"/>
      <w:proofErr w:type="gramEnd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 взаимодействия природы и общества, географических подходах к устойчивому развитию территорий.</w:t>
      </w:r>
    </w:p>
    <w:p w:rsidR="00835869" w:rsidRPr="0028775A" w:rsidRDefault="0088145E" w:rsidP="0048427C">
      <w:pPr>
        <w:autoSpaceDE w:val="0"/>
        <w:autoSpaceDN w:val="0"/>
        <w:spacing w:before="70" w:after="0"/>
        <w:ind w:firstLine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Содержание курса географии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 w:rsidR="00835869" w:rsidRPr="0028775A" w:rsidRDefault="0088145E" w:rsidP="0048427C">
      <w:pPr>
        <w:autoSpaceDE w:val="0"/>
        <w:autoSpaceDN w:val="0"/>
        <w:spacing w:before="262" w:after="0" w:line="230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«ГЕОГРАФИЯ»</w:t>
      </w:r>
    </w:p>
    <w:p w:rsidR="00835869" w:rsidRPr="0028775A" w:rsidRDefault="0088145E" w:rsidP="0048427C">
      <w:pPr>
        <w:tabs>
          <w:tab w:val="left" w:pos="180"/>
        </w:tabs>
        <w:autoSpaceDE w:val="0"/>
        <w:autoSpaceDN w:val="0"/>
        <w:spacing w:before="168" w:after="0" w:line="288" w:lineRule="auto"/>
        <w:jc w:val="both"/>
        <w:rPr>
          <w:lang w:val="ru-RU"/>
        </w:rPr>
      </w:pP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географии в общем образовании направлено на достижение следующих целей: </w:t>
      </w:r>
      <w:r w:rsidRPr="0028775A">
        <w:rPr>
          <w:lang w:val="ru-RU"/>
        </w:rPr>
        <w:br/>
      </w: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1) 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  <w:r w:rsidRPr="0028775A">
        <w:rPr>
          <w:lang w:val="ru-RU"/>
        </w:rPr>
        <w:br/>
      </w: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2) 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повседневной жизни с использованием географических знаний, самостоятельного приобретения новых знаний; </w:t>
      </w:r>
      <w:r w:rsidRPr="0028775A">
        <w:rPr>
          <w:lang w:val="ru-RU"/>
        </w:rPr>
        <w:br/>
      </w: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3) воспитание экологической культуры, соответствующей современному уровню </w:t>
      </w:r>
      <w:proofErr w:type="spellStart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геоэкологического</w:t>
      </w:r>
      <w:proofErr w:type="spellEnd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 мышления на основе освоения знаний о взаимосвязях в ПК, об основных географических 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особенностях природы, населения и хозяйства России и мира, своей местности, о способах 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сохранения окружающей среды и рационального использования природных ресурсов; </w:t>
      </w:r>
      <w:r w:rsidRPr="0028775A">
        <w:rPr>
          <w:lang w:val="ru-RU"/>
        </w:rPr>
        <w:br/>
      </w: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4) формирование способности поиска и применения раз- 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835869" w:rsidRPr="0028775A" w:rsidRDefault="00835869" w:rsidP="0048427C">
      <w:pPr>
        <w:jc w:val="both"/>
        <w:rPr>
          <w:lang w:val="ru-RU"/>
        </w:rPr>
        <w:sectPr w:rsidR="00835869" w:rsidRPr="0028775A">
          <w:pgSz w:w="11900" w:h="16840"/>
          <w:pgMar w:top="418" w:right="650" w:bottom="30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35869" w:rsidRPr="0028775A" w:rsidRDefault="00835869" w:rsidP="0048427C">
      <w:pPr>
        <w:autoSpaceDE w:val="0"/>
        <w:autoSpaceDN w:val="0"/>
        <w:spacing w:after="78" w:line="220" w:lineRule="exact"/>
        <w:jc w:val="both"/>
        <w:rPr>
          <w:lang w:val="ru-RU"/>
        </w:rPr>
      </w:pPr>
    </w:p>
    <w:p w:rsidR="00835869" w:rsidRPr="0028775A" w:rsidRDefault="0088145E" w:rsidP="0048427C">
      <w:pPr>
        <w:tabs>
          <w:tab w:val="left" w:pos="180"/>
        </w:tabs>
        <w:autoSpaceDE w:val="0"/>
        <w:autoSpaceDN w:val="0"/>
        <w:spacing w:after="0" w:line="286" w:lineRule="auto"/>
        <w:jc w:val="both"/>
        <w:rPr>
          <w:lang w:val="ru-RU"/>
        </w:rPr>
      </w:pP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5) формирование комплекса практико-ориентированных </w:t>
      </w:r>
      <w:proofErr w:type="spellStart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гео</w:t>
      </w:r>
      <w:proofErr w:type="spellEnd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- 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</w:t>
      </w:r>
      <w:proofErr w:type="spellStart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полиэтничном</w:t>
      </w:r>
      <w:proofErr w:type="spellEnd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многоконфессиональном мире; </w:t>
      </w:r>
      <w:r w:rsidRPr="0028775A">
        <w:rPr>
          <w:lang w:val="ru-RU"/>
        </w:rPr>
        <w:br/>
      </w: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:rsidR="00835869" w:rsidRPr="0028775A" w:rsidRDefault="0088145E" w:rsidP="0048427C">
      <w:pPr>
        <w:autoSpaceDE w:val="0"/>
        <w:autoSpaceDN w:val="0"/>
        <w:spacing w:before="262" w:after="0" w:line="230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«ГЕОГРАФИЯ» В УЧЕБНОМ ПЛАНЕ</w:t>
      </w:r>
    </w:p>
    <w:p w:rsidR="00835869" w:rsidRPr="0028775A" w:rsidRDefault="0088145E" w:rsidP="0048427C">
      <w:pPr>
        <w:autoSpaceDE w:val="0"/>
        <w:autoSpaceDN w:val="0"/>
        <w:spacing w:before="168" w:after="0"/>
        <w:ind w:firstLine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 Освоение содержания курса</w:t>
      </w:r>
      <w:r w:rsidR="00686D0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«География» в основной школе происходит с опорой на географические знания и умения, 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сформированные ранее в курсе «Окружающий мир».</w:t>
      </w:r>
    </w:p>
    <w:p w:rsidR="00835869" w:rsidRPr="0028775A" w:rsidRDefault="0088145E" w:rsidP="0048427C">
      <w:pPr>
        <w:tabs>
          <w:tab w:val="left" w:pos="180"/>
        </w:tabs>
        <w:autoSpaceDE w:val="0"/>
        <w:autoSpaceDN w:val="0"/>
        <w:spacing w:before="70" w:after="0" w:line="262" w:lineRule="auto"/>
        <w:jc w:val="both"/>
        <w:rPr>
          <w:lang w:val="ru-RU"/>
        </w:rPr>
      </w:pP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Учебным планом на изучение географии отводится  по одному часу в неделю в  6 классе, всего - 34 часа. </w:t>
      </w:r>
    </w:p>
    <w:p w:rsidR="00835869" w:rsidRPr="0028775A" w:rsidRDefault="00835869" w:rsidP="0048427C">
      <w:pPr>
        <w:jc w:val="both"/>
        <w:rPr>
          <w:lang w:val="ru-RU"/>
        </w:rPr>
        <w:sectPr w:rsidR="00835869" w:rsidRPr="0028775A">
          <w:pgSz w:w="11900" w:h="16840"/>
          <w:pgMar w:top="298" w:right="752" w:bottom="1440" w:left="666" w:header="720" w:footer="720" w:gutter="0"/>
          <w:cols w:space="720" w:equalWidth="0">
            <w:col w:w="10482" w:space="0"/>
          </w:cols>
          <w:docGrid w:linePitch="360"/>
        </w:sectPr>
      </w:pPr>
    </w:p>
    <w:p w:rsidR="00835869" w:rsidRPr="0028775A" w:rsidRDefault="00835869" w:rsidP="0048427C">
      <w:pPr>
        <w:autoSpaceDE w:val="0"/>
        <w:autoSpaceDN w:val="0"/>
        <w:spacing w:after="78" w:line="220" w:lineRule="exact"/>
        <w:jc w:val="center"/>
        <w:rPr>
          <w:lang w:val="ru-RU"/>
        </w:rPr>
      </w:pPr>
    </w:p>
    <w:p w:rsidR="00835869" w:rsidRPr="0028775A" w:rsidRDefault="0088145E" w:rsidP="0048427C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СОДЕРЖАНИЕ УЧЕБНОГО ПРЕДМЕТА</w:t>
      </w:r>
    </w:p>
    <w:p w:rsidR="00835869" w:rsidRPr="0028775A" w:rsidRDefault="0088145E" w:rsidP="00686D01">
      <w:pPr>
        <w:tabs>
          <w:tab w:val="left" w:pos="180"/>
        </w:tabs>
        <w:autoSpaceDE w:val="0"/>
        <w:autoSpaceDN w:val="0"/>
        <w:spacing w:before="346" w:after="0"/>
        <w:ind w:right="864"/>
        <w:rPr>
          <w:lang w:val="ru-RU"/>
        </w:rPr>
      </w:pPr>
      <w:r w:rsidRPr="0028775A">
        <w:rPr>
          <w:lang w:val="ru-RU"/>
        </w:rPr>
        <w:tab/>
      </w:r>
      <w:r w:rsidR="0048427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</w:t>
      </w: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Оболочки Земли </w:t>
      </w:r>
      <w:r w:rsidRPr="0028775A">
        <w:rPr>
          <w:lang w:val="ru-RU"/>
        </w:rPr>
        <w:br/>
      </w: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Тема 1. Гидросфера — водная оболочка Земли </w:t>
      </w:r>
      <w:r w:rsidRPr="0028775A">
        <w:rPr>
          <w:lang w:val="ru-RU"/>
        </w:rPr>
        <w:br/>
      </w: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Гидросфера и методы её изучения. Части гидросферы. Мировой круговорот воды. Значение гидросферы.</w:t>
      </w:r>
    </w:p>
    <w:p w:rsidR="00835869" w:rsidRPr="0028775A" w:rsidRDefault="0088145E" w:rsidP="0048427C">
      <w:pPr>
        <w:tabs>
          <w:tab w:val="left" w:pos="180"/>
        </w:tabs>
        <w:autoSpaceDE w:val="0"/>
        <w:autoSpaceDN w:val="0"/>
        <w:spacing w:before="70" w:after="0" w:line="283" w:lineRule="auto"/>
        <w:ind w:right="144"/>
        <w:jc w:val="both"/>
        <w:rPr>
          <w:lang w:val="ru-RU"/>
        </w:rPr>
      </w:pP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Исследования вод Мирового океана. Профессия океанолог. Солёность и температура океанических вод. Океанические течения. Тёплые и холодные течения. Способы изображения на географических картах океанических течений, солёности и температуры вод Мирового океана на картах. Мировой океан и его части. Движения вод Мирового океана: волны; течения, приливы и отливы. Стихийные явления в Мировом океане. Способы изучения и наблюдения за загрязнением вод Мирового океана. </w:t>
      </w: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Воды суши. Способы изображения внутренних вод на картах.</w:t>
      </w:r>
    </w:p>
    <w:p w:rsidR="00835869" w:rsidRPr="0028775A" w:rsidRDefault="0088145E" w:rsidP="0048427C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jc w:val="both"/>
        <w:rPr>
          <w:lang w:val="ru-RU"/>
        </w:rPr>
      </w:pP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Реки: горные и равнинные. Речная система, бассейн, водораздел. Пороги и водопады. Питание и режим реки.</w:t>
      </w:r>
    </w:p>
    <w:p w:rsidR="00835869" w:rsidRPr="0028775A" w:rsidRDefault="0088145E" w:rsidP="0048427C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jc w:val="both"/>
        <w:rPr>
          <w:lang w:val="ru-RU"/>
        </w:rPr>
      </w:pP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Озёра. Происхождение озёрных котловин. Питание озёр. Озёра сточные и бессточные. Профессия гидролог. Природные ледники: горные и покровные. Профессия гляциолог.</w:t>
      </w:r>
    </w:p>
    <w:p w:rsidR="00835869" w:rsidRPr="0028775A" w:rsidRDefault="0088145E" w:rsidP="0048427C">
      <w:pPr>
        <w:tabs>
          <w:tab w:val="left" w:pos="180"/>
        </w:tabs>
        <w:autoSpaceDE w:val="0"/>
        <w:autoSpaceDN w:val="0"/>
        <w:spacing w:before="70" w:after="0" w:line="262" w:lineRule="auto"/>
        <w:jc w:val="both"/>
        <w:rPr>
          <w:lang w:val="ru-RU"/>
        </w:rPr>
      </w:pP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Подземные воды (грунтовые, межпластовые, артезианские), их происхождение, условия залегания и использования. Условия образования межпластовых вод. Минеральные источники.</w:t>
      </w:r>
    </w:p>
    <w:p w:rsidR="00835869" w:rsidRPr="0028775A" w:rsidRDefault="0088145E" w:rsidP="0048427C">
      <w:pPr>
        <w:autoSpaceDE w:val="0"/>
        <w:autoSpaceDN w:val="0"/>
        <w:spacing w:before="70" w:after="0" w:line="230" w:lineRule="auto"/>
        <w:ind w:left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Многолетняя мерзлота. Болота, их образование.</w:t>
      </w:r>
    </w:p>
    <w:p w:rsidR="00835869" w:rsidRPr="0028775A" w:rsidRDefault="0088145E" w:rsidP="0048427C">
      <w:pPr>
        <w:autoSpaceDE w:val="0"/>
        <w:autoSpaceDN w:val="0"/>
        <w:spacing w:before="70" w:after="0" w:line="230" w:lineRule="auto"/>
        <w:ind w:left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Стихийные явления в гидросфере, методы наблюдения и защиты.</w:t>
      </w:r>
    </w:p>
    <w:p w:rsidR="00835869" w:rsidRPr="0028775A" w:rsidRDefault="0088145E" w:rsidP="0048427C">
      <w:pPr>
        <w:autoSpaceDE w:val="0"/>
        <w:autoSpaceDN w:val="0"/>
        <w:spacing w:before="70" w:after="0" w:line="230" w:lineRule="auto"/>
        <w:ind w:left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Человек и гидросфера. Использование человеком энергии воды.</w:t>
      </w:r>
    </w:p>
    <w:p w:rsidR="00835869" w:rsidRPr="0028775A" w:rsidRDefault="0088145E" w:rsidP="0048427C">
      <w:pPr>
        <w:autoSpaceDE w:val="0"/>
        <w:autoSpaceDN w:val="0"/>
        <w:spacing w:before="70" w:after="0" w:line="230" w:lineRule="auto"/>
        <w:ind w:left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Использование космических методов в исследовании влияния человека на гидросферу.</w:t>
      </w:r>
    </w:p>
    <w:p w:rsidR="00835869" w:rsidRPr="0028775A" w:rsidRDefault="0088145E" w:rsidP="00686D01">
      <w:pPr>
        <w:autoSpaceDE w:val="0"/>
        <w:autoSpaceDN w:val="0"/>
        <w:spacing w:before="70" w:after="0" w:line="262" w:lineRule="auto"/>
        <w:ind w:left="180" w:right="3744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Практические работы 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1. Сравнение двух рек (России и мира) по заданным признакам.</w:t>
      </w:r>
    </w:p>
    <w:p w:rsidR="00835869" w:rsidRPr="0028775A" w:rsidRDefault="0088145E" w:rsidP="0048427C">
      <w:pPr>
        <w:autoSpaceDE w:val="0"/>
        <w:autoSpaceDN w:val="0"/>
        <w:spacing w:before="70" w:after="0" w:line="230" w:lineRule="auto"/>
        <w:ind w:left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2. Характеристика одного из крупнейших озёр России по плану в форме презентации.</w:t>
      </w:r>
    </w:p>
    <w:p w:rsidR="00835869" w:rsidRPr="0028775A" w:rsidRDefault="0088145E" w:rsidP="0048427C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jc w:val="both"/>
        <w:rPr>
          <w:lang w:val="ru-RU"/>
        </w:rPr>
      </w:pP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3. Составление перечня поверхностных водных объектов своего края и их систематизация в форме таблицы.</w:t>
      </w:r>
    </w:p>
    <w:p w:rsidR="00835869" w:rsidRPr="0028775A" w:rsidRDefault="0088145E" w:rsidP="00686D01">
      <w:pPr>
        <w:autoSpaceDE w:val="0"/>
        <w:autoSpaceDN w:val="0"/>
        <w:spacing w:before="190" w:after="0" w:line="262" w:lineRule="auto"/>
        <w:ind w:left="180" w:right="2304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Тема 2. Атмосфера — воздушная оболочка Земли 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Воздушная оболочка Земли: газовый состав, строение и значение атмосферы.</w:t>
      </w:r>
    </w:p>
    <w:p w:rsidR="00835869" w:rsidRPr="0028775A" w:rsidRDefault="0088145E" w:rsidP="0048427C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jc w:val="both"/>
        <w:rPr>
          <w:lang w:val="ru-RU"/>
        </w:rPr>
      </w:pP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Температура воздуха. Суточный ход температуры воздуха и его графическое отображение. Особенности суточного хода температуры воздуха в зависимости от высоты Солнца над горизонтом.</w:t>
      </w:r>
    </w:p>
    <w:p w:rsidR="00835869" w:rsidRPr="0028775A" w:rsidRDefault="0088145E" w:rsidP="0048427C">
      <w:pPr>
        <w:autoSpaceDE w:val="0"/>
        <w:autoSpaceDN w:val="0"/>
        <w:spacing w:before="72" w:after="0" w:line="262" w:lineRule="auto"/>
        <w:ind w:right="72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Среднесуточная, среднемесячная, среднегодовая температура. Зависимость нагревания земной поверхности от угла падения солнечных лучей. Годовой ход температуры воздуха.</w:t>
      </w:r>
    </w:p>
    <w:p w:rsidR="00835869" w:rsidRPr="0028775A" w:rsidRDefault="0088145E" w:rsidP="0048427C">
      <w:pPr>
        <w:tabs>
          <w:tab w:val="left" w:pos="180"/>
        </w:tabs>
        <w:autoSpaceDE w:val="0"/>
        <w:autoSpaceDN w:val="0"/>
        <w:spacing w:before="70" w:after="0" w:line="271" w:lineRule="auto"/>
        <w:jc w:val="both"/>
        <w:rPr>
          <w:lang w:val="ru-RU"/>
        </w:rPr>
      </w:pP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Атмосферное давление. Ветер и причины его возникновения. Роза ветров. Бризы. Муссоны. </w:t>
      </w: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Вода в атмосфере. Влажность воздуха. Образование облаков. Облака и их виды. Туман. Образование и выпадение атмосферных осадков. Виды атмосферных осадков.</w:t>
      </w:r>
    </w:p>
    <w:p w:rsidR="00835869" w:rsidRPr="0028775A" w:rsidRDefault="0088145E" w:rsidP="0048427C">
      <w:pPr>
        <w:autoSpaceDE w:val="0"/>
        <w:autoSpaceDN w:val="0"/>
        <w:spacing w:before="70" w:after="0" w:line="230" w:lineRule="auto"/>
        <w:ind w:left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Погода и её показатели.  Причины изменения погоды.</w:t>
      </w:r>
    </w:p>
    <w:p w:rsidR="00835869" w:rsidRPr="0028775A" w:rsidRDefault="0088145E" w:rsidP="0048427C">
      <w:pPr>
        <w:tabs>
          <w:tab w:val="left" w:pos="180"/>
        </w:tabs>
        <w:autoSpaceDE w:val="0"/>
        <w:autoSpaceDN w:val="0"/>
        <w:spacing w:before="70" w:after="0" w:line="262" w:lineRule="auto"/>
        <w:jc w:val="both"/>
        <w:rPr>
          <w:lang w:val="ru-RU"/>
        </w:rPr>
      </w:pP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Климат и климатообразующие факторы. Зависимость климата от географической широты и высоты местности над уровнем моря.</w:t>
      </w:r>
    </w:p>
    <w:p w:rsidR="00835869" w:rsidRPr="0028775A" w:rsidRDefault="0088145E" w:rsidP="0048427C">
      <w:pPr>
        <w:autoSpaceDE w:val="0"/>
        <w:autoSpaceDN w:val="0"/>
        <w:spacing w:before="70" w:after="0" w:line="281" w:lineRule="auto"/>
        <w:ind w:right="144" w:firstLine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Человек и атмосфера. Взаимовлияние человека и атмосферы. Адаптация человека к климатическим условиям. Профессия метеоролог. Основные метеорологические данные и способы отображения состояния погоды на метеорологической карте. Стихийные явления в атмосфере. Современные изменения климата. Способы изучения и наблюдения за глобальным климатом. Профессия 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климатолог. Дистанционные методы в исследовании влияния человека на воздушную оболочку Земли.</w:t>
      </w:r>
    </w:p>
    <w:p w:rsidR="00835869" w:rsidRPr="0028775A" w:rsidRDefault="0088145E" w:rsidP="0048427C">
      <w:pPr>
        <w:autoSpaceDE w:val="0"/>
        <w:autoSpaceDN w:val="0"/>
        <w:spacing w:before="70" w:after="0" w:line="230" w:lineRule="auto"/>
        <w:ind w:left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Практические работы</w:t>
      </w:r>
    </w:p>
    <w:p w:rsidR="00835869" w:rsidRPr="0028775A" w:rsidRDefault="00835869" w:rsidP="0048427C">
      <w:pPr>
        <w:jc w:val="both"/>
        <w:rPr>
          <w:lang w:val="ru-RU"/>
        </w:rPr>
        <w:sectPr w:rsidR="00835869" w:rsidRPr="0028775A">
          <w:pgSz w:w="11900" w:h="16840"/>
          <w:pgMar w:top="298" w:right="638" w:bottom="398" w:left="666" w:header="720" w:footer="720" w:gutter="0"/>
          <w:cols w:space="720" w:equalWidth="0">
            <w:col w:w="10596" w:space="0"/>
          </w:cols>
          <w:docGrid w:linePitch="360"/>
        </w:sectPr>
      </w:pPr>
    </w:p>
    <w:p w:rsidR="00835869" w:rsidRPr="0028775A" w:rsidRDefault="00835869" w:rsidP="0048427C">
      <w:pPr>
        <w:autoSpaceDE w:val="0"/>
        <w:autoSpaceDN w:val="0"/>
        <w:spacing w:after="78" w:line="220" w:lineRule="exact"/>
        <w:jc w:val="both"/>
        <w:rPr>
          <w:lang w:val="ru-RU"/>
        </w:rPr>
      </w:pPr>
    </w:p>
    <w:p w:rsidR="00835869" w:rsidRPr="0028775A" w:rsidRDefault="0088145E" w:rsidP="0048427C">
      <w:pPr>
        <w:autoSpaceDE w:val="0"/>
        <w:autoSpaceDN w:val="0"/>
        <w:spacing w:after="0" w:line="230" w:lineRule="auto"/>
        <w:ind w:left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1. Представление результатов наблюдения за погодой своей местности.</w:t>
      </w:r>
    </w:p>
    <w:p w:rsidR="00835869" w:rsidRPr="0028775A" w:rsidRDefault="0088145E" w:rsidP="0048427C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jc w:val="both"/>
        <w:rPr>
          <w:lang w:val="ru-RU"/>
        </w:rPr>
      </w:pP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2. Анализ графиков суточного хода температуры воздуха и относительной влажности с целью установления зависимости между данными элементами погоды.</w:t>
      </w:r>
    </w:p>
    <w:p w:rsidR="00835869" w:rsidRPr="0028775A" w:rsidRDefault="0088145E" w:rsidP="00686D01">
      <w:pPr>
        <w:autoSpaceDE w:val="0"/>
        <w:autoSpaceDN w:val="0"/>
        <w:spacing w:before="190" w:after="0" w:line="262" w:lineRule="auto"/>
        <w:ind w:left="180" w:right="1296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Тема 3. Биосфера — оболочка жизни 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Биосфера — оболочка жизни. Границы биосферы. Профессии </w:t>
      </w:r>
      <w:proofErr w:type="spellStart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биогеограф</w:t>
      </w:r>
      <w:proofErr w:type="spellEnd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 и геоэколог.</w:t>
      </w:r>
    </w:p>
    <w:p w:rsidR="00835869" w:rsidRPr="0028775A" w:rsidRDefault="0088145E" w:rsidP="0048427C">
      <w:pPr>
        <w:autoSpaceDE w:val="0"/>
        <w:autoSpaceDN w:val="0"/>
        <w:spacing w:before="70" w:after="0" w:line="230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Растительный и животный мир Земли. Разнообразие животного и растительного мира.</w:t>
      </w:r>
    </w:p>
    <w:p w:rsidR="00835869" w:rsidRPr="0028775A" w:rsidRDefault="0088145E" w:rsidP="0048427C">
      <w:pPr>
        <w:autoSpaceDE w:val="0"/>
        <w:autoSpaceDN w:val="0"/>
        <w:spacing w:before="70" w:after="0" w:line="230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Приспособление живых организмов к среде обитания в разных природных зонах. Жизнь в Океане.</w:t>
      </w:r>
    </w:p>
    <w:p w:rsidR="00835869" w:rsidRPr="0028775A" w:rsidRDefault="0088145E" w:rsidP="0048427C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Изменение животного и растительного мира Океана с глубиной и географической широтой. </w:t>
      </w: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Человек как часть биосферы. Распространение людей на Земле.</w:t>
      </w:r>
    </w:p>
    <w:p w:rsidR="00835869" w:rsidRPr="0028775A" w:rsidRDefault="0088145E" w:rsidP="0048427C">
      <w:pPr>
        <w:autoSpaceDE w:val="0"/>
        <w:autoSpaceDN w:val="0"/>
        <w:spacing w:before="72" w:after="0" w:line="230" w:lineRule="auto"/>
        <w:ind w:left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Исследования и экологические проблемы.</w:t>
      </w:r>
    </w:p>
    <w:p w:rsidR="00835869" w:rsidRPr="0028775A" w:rsidRDefault="0088145E" w:rsidP="00686D01">
      <w:pPr>
        <w:autoSpaceDE w:val="0"/>
        <w:autoSpaceDN w:val="0"/>
        <w:spacing w:before="72" w:after="0" w:line="262" w:lineRule="auto"/>
        <w:ind w:left="180" w:right="3456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Практические работы 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1. Характеристика растительности участка местности своего края.</w:t>
      </w:r>
    </w:p>
    <w:p w:rsidR="00835869" w:rsidRPr="0028775A" w:rsidRDefault="0088145E" w:rsidP="0048427C">
      <w:pPr>
        <w:tabs>
          <w:tab w:val="left" w:pos="180"/>
        </w:tabs>
        <w:autoSpaceDE w:val="0"/>
        <w:autoSpaceDN w:val="0"/>
        <w:spacing w:before="190" w:after="0" w:line="281" w:lineRule="auto"/>
        <w:ind w:right="144"/>
        <w:jc w:val="both"/>
        <w:rPr>
          <w:lang w:val="ru-RU"/>
        </w:rPr>
      </w:pP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Заключение </w:t>
      </w:r>
      <w:r w:rsidRPr="0028775A">
        <w:rPr>
          <w:lang w:val="ru-RU"/>
        </w:rPr>
        <w:br/>
      </w: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Природно-территориальные комплексы </w:t>
      </w:r>
      <w:r w:rsidRPr="0028775A">
        <w:rPr>
          <w:lang w:val="ru-RU"/>
        </w:rPr>
        <w:br/>
      </w: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Взаимосвязь оболочек Земли. Понятие о природном комплексе. Природно-территориальный комплекс. Глобальные, региональные и локальные природные комплексы. Природные комплексы своей местности. Круговороты веществ на Земле. Почва, её строение и состав. Образование почвы и плодородие почв. Охрана почв.</w:t>
      </w:r>
    </w:p>
    <w:p w:rsidR="00835869" w:rsidRPr="0028775A" w:rsidRDefault="0088145E" w:rsidP="0048427C">
      <w:pPr>
        <w:tabs>
          <w:tab w:val="left" w:pos="180"/>
        </w:tabs>
        <w:autoSpaceDE w:val="0"/>
        <w:autoSpaceDN w:val="0"/>
        <w:spacing w:before="70" w:after="0" w:line="262" w:lineRule="auto"/>
        <w:jc w:val="both"/>
        <w:rPr>
          <w:lang w:val="ru-RU"/>
        </w:rPr>
      </w:pP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Природная среда. Охрана природы. Природные особо охраняемые территории. Всемирное наследие ЮНЕСКО.</w:t>
      </w:r>
    </w:p>
    <w:p w:rsidR="00835869" w:rsidRPr="0028775A" w:rsidRDefault="0088145E" w:rsidP="0048427C">
      <w:pPr>
        <w:autoSpaceDE w:val="0"/>
        <w:autoSpaceDN w:val="0"/>
        <w:spacing w:before="70" w:after="0" w:line="262" w:lineRule="auto"/>
        <w:ind w:left="180" w:right="3744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Практическая работа (выполняется на местности) 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1. Характеристика локального природного комплекса по плану.</w:t>
      </w:r>
    </w:p>
    <w:p w:rsidR="00835869" w:rsidRPr="0028775A" w:rsidRDefault="00835869" w:rsidP="0048427C">
      <w:pPr>
        <w:jc w:val="both"/>
        <w:rPr>
          <w:lang w:val="ru-RU"/>
        </w:rPr>
        <w:sectPr w:rsidR="00835869" w:rsidRPr="0028775A">
          <w:pgSz w:w="11900" w:h="16840"/>
          <w:pgMar w:top="298" w:right="732" w:bottom="1440" w:left="666" w:header="720" w:footer="720" w:gutter="0"/>
          <w:cols w:space="720" w:equalWidth="0">
            <w:col w:w="10502" w:space="0"/>
          </w:cols>
          <w:docGrid w:linePitch="360"/>
        </w:sectPr>
      </w:pPr>
    </w:p>
    <w:p w:rsidR="00835869" w:rsidRPr="0028775A" w:rsidRDefault="00835869" w:rsidP="0048427C">
      <w:pPr>
        <w:autoSpaceDE w:val="0"/>
        <w:autoSpaceDN w:val="0"/>
        <w:spacing w:after="78" w:line="220" w:lineRule="exact"/>
        <w:jc w:val="both"/>
        <w:rPr>
          <w:lang w:val="ru-RU"/>
        </w:rPr>
      </w:pPr>
    </w:p>
    <w:p w:rsidR="00835869" w:rsidRPr="0028775A" w:rsidRDefault="0088145E" w:rsidP="00686D01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835869" w:rsidRPr="0028775A" w:rsidRDefault="0088145E" w:rsidP="0048427C">
      <w:pPr>
        <w:autoSpaceDE w:val="0"/>
        <w:autoSpaceDN w:val="0"/>
        <w:spacing w:before="346" w:after="0" w:line="230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835869" w:rsidRPr="0028775A" w:rsidRDefault="0088145E" w:rsidP="0048427C">
      <w:pPr>
        <w:autoSpaceDE w:val="0"/>
        <w:autoSpaceDN w:val="0"/>
        <w:spacing w:before="166" w:after="0"/>
        <w:ind w:firstLine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835869" w:rsidRPr="0028775A" w:rsidRDefault="0088145E" w:rsidP="0048427C">
      <w:pPr>
        <w:autoSpaceDE w:val="0"/>
        <w:autoSpaceDN w:val="0"/>
        <w:spacing w:before="190" w:after="0" w:line="283" w:lineRule="auto"/>
        <w:ind w:firstLine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Патриотического воспитания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: осознание российской гражданской идентичности в 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цивилизационному вкладу России; ценностное отношение к 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</w:p>
    <w:p w:rsidR="00835869" w:rsidRPr="0028775A" w:rsidRDefault="0088145E" w:rsidP="0048427C">
      <w:pPr>
        <w:autoSpaceDE w:val="0"/>
        <w:autoSpaceDN w:val="0"/>
        <w:spacing w:before="190" w:after="0" w:line="286" w:lineRule="auto"/>
        <w:ind w:right="288" w:firstLine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Гражданского воспитания: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 представление о социальных нормах и правилах межличностных отношений в поликультурном и многоконфессиональном обществе; готовность к разно-образной совместной деятельности, стремление к взаимопониманию и взаимопомощи, готовность к участию в гуманитарной деятельности («экологический патруль», </w:t>
      </w:r>
      <w:proofErr w:type="spellStart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волонтёрство</w:t>
      </w:r>
      <w:proofErr w:type="spellEnd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835869" w:rsidRPr="0028775A" w:rsidRDefault="0088145E" w:rsidP="0048427C">
      <w:pPr>
        <w:autoSpaceDE w:val="0"/>
        <w:autoSpaceDN w:val="0"/>
        <w:spacing w:before="190" w:after="0" w:line="281" w:lineRule="auto"/>
        <w:ind w:right="144" w:firstLine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:rsidR="00835869" w:rsidRPr="0028775A" w:rsidRDefault="0088145E" w:rsidP="0048427C">
      <w:pPr>
        <w:autoSpaceDE w:val="0"/>
        <w:autoSpaceDN w:val="0"/>
        <w:spacing w:before="192" w:after="0"/>
        <w:ind w:right="432" w:firstLine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восприимчивость к разным традициям своего и других народов, понимание роли этнических культурных традиций; 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человечества.</w:t>
      </w:r>
    </w:p>
    <w:p w:rsidR="00835869" w:rsidRPr="0028775A" w:rsidRDefault="0088145E" w:rsidP="0048427C">
      <w:pPr>
        <w:autoSpaceDE w:val="0"/>
        <w:autoSpaceDN w:val="0"/>
        <w:spacing w:before="190" w:after="0" w:line="286" w:lineRule="auto"/>
        <w:ind w:right="288" w:firstLine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835869" w:rsidRPr="0028775A" w:rsidRDefault="0088145E" w:rsidP="0048427C">
      <w:pPr>
        <w:autoSpaceDE w:val="0"/>
        <w:autoSpaceDN w:val="0"/>
        <w:spacing w:before="190" w:after="0" w:line="271" w:lineRule="auto"/>
        <w:ind w:firstLine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</w:t>
      </w:r>
    </w:p>
    <w:p w:rsidR="00835869" w:rsidRPr="0028775A" w:rsidRDefault="00835869" w:rsidP="0048427C">
      <w:pPr>
        <w:jc w:val="both"/>
        <w:rPr>
          <w:lang w:val="ru-RU"/>
        </w:rPr>
        <w:sectPr w:rsidR="00835869" w:rsidRPr="0028775A">
          <w:pgSz w:w="11900" w:h="16840"/>
          <w:pgMar w:top="298" w:right="650" w:bottom="3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35869" w:rsidRPr="0028775A" w:rsidRDefault="00835869" w:rsidP="0048427C">
      <w:pPr>
        <w:autoSpaceDE w:val="0"/>
        <w:autoSpaceDN w:val="0"/>
        <w:spacing w:after="66" w:line="220" w:lineRule="exact"/>
        <w:jc w:val="both"/>
        <w:rPr>
          <w:lang w:val="ru-RU"/>
        </w:rPr>
      </w:pPr>
    </w:p>
    <w:p w:rsidR="00835869" w:rsidRPr="0028775A" w:rsidRDefault="0088145E" w:rsidP="0048427C">
      <w:pPr>
        <w:autoSpaceDE w:val="0"/>
        <w:autoSpaceDN w:val="0"/>
        <w:spacing w:after="0" w:line="283" w:lineRule="auto"/>
        <w:ind w:right="144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занятий и отдыха, регулярная физическая активность); соблюдение правил безопасности в природе;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</w:t>
      </w:r>
      <w:proofErr w:type="spellStart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среде.</w:t>
      </w:r>
    </w:p>
    <w:p w:rsidR="00835869" w:rsidRPr="0028775A" w:rsidRDefault="0088145E" w:rsidP="0048427C">
      <w:pPr>
        <w:autoSpaceDE w:val="0"/>
        <w:autoSpaceDN w:val="0"/>
        <w:spacing w:before="190" w:after="0" w:line="286" w:lineRule="auto"/>
        <w:ind w:right="144" w:firstLine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Трудового воспитания: 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835869" w:rsidRPr="0028775A" w:rsidRDefault="0088145E" w:rsidP="0048427C">
      <w:pPr>
        <w:autoSpaceDE w:val="0"/>
        <w:autoSpaceDN w:val="0"/>
        <w:spacing w:before="190" w:after="0" w:line="281" w:lineRule="auto"/>
        <w:ind w:firstLine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 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835869" w:rsidRPr="0028775A" w:rsidRDefault="0088145E" w:rsidP="0048427C">
      <w:pPr>
        <w:autoSpaceDE w:val="0"/>
        <w:autoSpaceDN w:val="0"/>
        <w:spacing w:before="382" w:after="0" w:line="230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835869" w:rsidRPr="0028775A" w:rsidRDefault="0088145E" w:rsidP="0048427C">
      <w:pPr>
        <w:tabs>
          <w:tab w:val="left" w:pos="180"/>
        </w:tabs>
        <w:autoSpaceDE w:val="0"/>
        <w:autoSpaceDN w:val="0"/>
        <w:spacing w:before="166" w:after="0"/>
        <w:ind w:right="144"/>
        <w:jc w:val="both"/>
        <w:rPr>
          <w:lang w:val="ru-RU"/>
        </w:rPr>
      </w:pP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географии в основной школе способствует достижению </w:t>
      </w:r>
      <w:proofErr w:type="spellStart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результатов, в том числе: </w:t>
      </w:r>
      <w:r w:rsidRPr="0028775A">
        <w:rPr>
          <w:lang w:val="ru-RU"/>
        </w:rPr>
        <w:br/>
      </w: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Овладению универсальными познавательными действиями: </w:t>
      </w:r>
      <w:r w:rsidRPr="0028775A">
        <w:rPr>
          <w:lang w:val="ru-RU"/>
        </w:rPr>
        <w:br/>
      </w:r>
      <w:r w:rsidRPr="0028775A">
        <w:rPr>
          <w:lang w:val="ru-RU"/>
        </w:rPr>
        <w:tab/>
      </w: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Базовые логические действия</w:t>
      </w:r>
    </w:p>
    <w:p w:rsidR="00835869" w:rsidRPr="0028775A" w:rsidRDefault="0088145E" w:rsidP="0048427C">
      <w:pPr>
        <w:autoSpaceDE w:val="0"/>
        <w:autoSpaceDN w:val="0"/>
        <w:spacing w:before="178" w:after="0" w:line="262" w:lineRule="auto"/>
        <w:ind w:left="420" w:right="144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Выявлять и характеризовать существенные признаки географических объектов, процессов и явлений;</w:t>
      </w:r>
    </w:p>
    <w:p w:rsidR="00835869" w:rsidRPr="0028775A" w:rsidRDefault="0088145E" w:rsidP="0048427C">
      <w:pPr>
        <w:autoSpaceDE w:val="0"/>
        <w:autoSpaceDN w:val="0"/>
        <w:spacing w:before="192" w:after="0" w:line="262" w:lineRule="auto"/>
        <w:ind w:left="42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835869" w:rsidRPr="0028775A" w:rsidRDefault="0088145E" w:rsidP="0048427C">
      <w:pPr>
        <w:autoSpaceDE w:val="0"/>
        <w:autoSpaceDN w:val="0"/>
        <w:spacing w:before="192" w:after="0" w:line="262" w:lineRule="auto"/>
        <w:ind w:left="42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 w:rsidR="00835869" w:rsidRPr="0028775A" w:rsidRDefault="0088145E" w:rsidP="0048427C">
      <w:pPr>
        <w:autoSpaceDE w:val="0"/>
        <w:autoSpaceDN w:val="0"/>
        <w:spacing w:before="190" w:after="0" w:line="262" w:lineRule="auto"/>
        <w:ind w:left="420" w:right="72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выявлять дефициты географической информации, данных, необходимых для решения поставленной задачи;</w:t>
      </w:r>
    </w:p>
    <w:p w:rsidR="00835869" w:rsidRPr="0028775A" w:rsidRDefault="0088145E" w:rsidP="0048427C">
      <w:pPr>
        <w:autoSpaceDE w:val="0"/>
        <w:autoSpaceDN w:val="0"/>
        <w:spacing w:before="190" w:after="0"/>
        <w:ind w:left="42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835869" w:rsidRPr="0028775A" w:rsidRDefault="0088145E" w:rsidP="0048427C">
      <w:pPr>
        <w:autoSpaceDE w:val="0"/>
        <w:autoSpaceDN w:val="0"/>
        <w:spacing w:before="190" w:after="0" w:line="271" w:lineRule="auto"/>
        <w:ind w:left="420" w:right="576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35869" w:rsidRPr="0028775A" w:rsidRDefault="0088145E" w:rsidP="0048427C">
      <w:pPr>
        <w:autoSpaceDE w:val="0"/>
        <w:autoSpaceDN w:val="0"/>
        <w:spacing w:before="178" w:after="0" w:line="230" w:lineRule="auto"/>
        <w:ind w:left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Базовые исследовательские действия</w:t>
      </w:r>
    </w:p>
    <w:p w:rsidR="00835869" w:rsidRPr="0028775A" w:rsidRDefault="00835869" w:rsidP="0048427C">
      <w:pPr>
        <w:jc w:val="both"/>
        <w:rPr>
          <w:lang w:val="ru-RU"/>
        </w:rPr>
        <w:sectPr w:rsidR="00835869" w:rsidRPr="0028775A">
          <w:pgSz w:w="11900" w:h="16840"/>
          <w:pgMar w:top="286" w:right="782" w:bottom="378" w:left="666" w:header="720" w:footer="720" w:gutter="0"/>
          <w:cols w:space="720" w:equalWidth="0">
            <w:col w:w="10452" w:space="0"/>
          </w:cols>
          <w:docGrid w:linePitch="360"/>
        </w:sectPr>
      </w:pPr>
    </w:p>
    <w:p w:rsidR="00835869" w:rsidRPr="0028775A" w:rsidRDefault="00835869" w:rsidP="0048427C">
      <w:pPr>
        <w:autoSpaceDE w:val="0"/>
        <w:autoSpaceDN w:val="0"/>
        <w:spacing w:after="132" w:line="220" w:lineRule="exact"/>
        <w:jc w:val="both"/>
        <w:rPr>
          <w:lang w:val="ru-RU"/>
        </w:rPr>
      </w:pPr>
    </w:p>
    <w:p w:rsidR="00835869" w:rsidRPr="0028775A" w:rsidRDefault="0088145E" w:rsidP="0048427C">
      <w:pPr>
        <w:autoSpaceDE w:val="0"/>
        <w:autoSpaceDN w:val="0"/>
        <w:spacing w:after="0" w:line="230" w:lineRule="auto"/>
        <w:ind w:left="24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географические вопросы как исследовательский инструмент познания;</w:t>
      </w:r>
    </w:p>
    <w:p w:rsidR="00835869" w:rsidRPr="0028775A" w:rsidRDefault="0088145E" w:rsidP="0048427C">
      <w:pPr>
        <w:autoSpaceDE w:val="0"/>
        <w:autoSpaceDN w:val="0"/>
        <w:spacing w:before="190" w:after="0" w:line="262" w:lineRule="auto"/>
        <w:ind w:left="24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географические вопросы, фиксирующие разрыв между реальным и 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желательным состоянием ситуации, объекта, и самостоятельно устанавливать искомое и данное;</w:t>
      </w:r>
    </w:p>
    <w:p w:rsidR="00835869" w:rsidRPr="0028775A" w:rsidRDefault="0088145E" w:rsidP="0048427C">
      <w:pPr>
        <w:autoSpaceDE w:val="0"/>
        <w:autoSpaceDN w:val="0"/>
        <w:spacing w:before="190" w:after="0" w:line="271" w:lineRule="auto"/>
        <w:ind w:left="240" w:right="432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835869" w:rsidRPr="0028775A" w:rsidRDefault="0088145E" w:rsidP="0048427C">
      <w:pPr>
        <w:autoSpaceDE w:val="0"/>
        <w:autoSpaceDN w:val="0"/>
        <w:spacing w:before="190" w:after="0"/>
        <w:ind w:left="240" w:right="144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 w:rsidR="00835869" w:rsidRPr="0028775A" w:rsidRDefault="0088145E" w:rsidP="0048427C">
      <w:pPr>
        <w:autoSpaceDE w:val="0"/>
        <w:autoSpaceDN w:val="0"/>
        <w:spacing w:before="192" w:after="0" w:line="230" w:lineRule="auto"/>
        <w:ind w:left="24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достоверность информации, полученной в ходе </w:t>
      </w:r>
      <w:proofErr w:type="spellStart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гео</w:t>
      </w:r>
      <w:proofErr w:type="spellEnd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​графического исследования;</w:t>
      </w:r>
    </w:p>
    <w:p w:rsidR="00835869" w:rsidRPr="0028775A" w:rsidRDefault="0088145E" w:rsidP="0048427C">
      <w:pPr>
        <w:autoSpaceDE w:val="0"/>
        <w:autoSpaceDN w:val="0"/>
        <w:spacing w:before="190" w:after="0" w:line="262" w:lineRule="auto"/>
        <w:ind w:left="240" w:right="288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:rsidR="00835869" w:rsidRPr="0028775A" w:rsidRDefault="0088145E" w:rsidP="0048427C">
      <w:pPr>
        <w:autoSpaceDE w:val="0"/>
        <w:autoSpaceDN w:val="0"/>
        <w:spacing w:before="190" w:after="0" w:line="271" w:lineRule="auto"/>
        <w:ind w:left="240" w:right="288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835869" w:rsidRPr="0028775A" w:rsidRDefault="0088145E" w:rsidP="0048427C">
      <w:pPr>
        <w:autoSpaceDE w:val="0"/>
        <w:autoSpaceDN w:val="0"/>
        <w:spacing w:before="178" w:after="0" w:line="230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Работа с информацией</w:t>
      </w:r>
    </w:p>
    <w:p w:rsidR="00835869" w:rsidRPr="0028775A" w:rsidRDefault="0088145E" w:rsidP="0048427C">
      <w:pPr>
        <w:autoSpaceDE w:val="0"/>
        <w:autoSpaceDN w:val="0"/>
        <w:spacing w:before="178" w:after="0" w:line="271" w:lineRule="auto"/>
        <w:ind w:left="24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835869" w:rsidRPr="0028775A" w:rsidRDefault="0088145E" w:rsidP="0048427C">
      <w:pPr>
        <w:autoSpaceDE w:val="0"/>
        <w:autoSpaceDN w:val="0"/>
        <w:spacing w:before="190" w:after="0" w:line="262" w:lineRule="auto"/>
        <w:ind w:left="24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выбирать, анализировать и интерпретировать географическую информацию различных видов и форм представления;</w:t>
      </w:r>
    </w:p>
    <w:p w:rsidR="00835869" w:rsidRPr="0028775A" w:rsidRDefault="0088145E" w:rsidP="0048427C">
      <w:pPr>
        <w:autoSpaceDE w:val="0"/>
        <w:autoSpaceDN w:val="0"/>
        <w:spacing w:before="190" w:after="0" w:line="262" w:lineRule="auto"/>
        <w:ind w:left="240" w:right="432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835869" w:rsidRPr="0028775A" w:rsidRDefault="0088145E" w:rsidP="0048427C">
      <w:pPr>
        <w:autoSpaceDE w:val="0"/>
        <w:autoSpaceDN w:val="0"/>
        <w:spacing w:before="190" w:after="0" w:line="230" w:lineRule="auto"/>
        <w:ind w:left="24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выбирать оптимальную форму представления географической информации;</w:t>
      </w:r>
    </w:p>
    <w:p w:rsidR="00835869" w:rsidRPr="0028775A" w:rsidRDefault="0088145E" w:rsidP="0048427C">
      <w:pPr>
        <w:autoSpaceDE w:val="0"/>
        <w:autoSpaceDN w:val="0"/>
        <w:spacing w:before="190" w:after="0" w:line="262" w:lineRule="auto"/>
        <w:ind w:left="240" w:right="144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оценивать надёжность географической информации по критериям, предложенным учителем или сформулированным самостоятельно;</w:t>
      </w:r>
    </w:p>
    <w:p w:rsidR="00835869" w:rsidRPr="0028775A" w:rsidRDefault="0088145E" w:rsidP="0048427C">
      <w:pPr>
        <w:autoSpaceDE w:val="0"/>
        <w:autoSpaceDN w:val="0"/>
        <w:spacing w:before="192" w:after="0" w:line="230" w:lineRule="auto"/>
        <w:ind w:left="24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систематизировать географическую информацию в разных формах.</w:t>
      </w:r>
    </w:p>
    <w:p w:rsidR="00835869" w:rsidRPr="0028775A" w:rsidRDefault="0088145E" w:rsidP="0048427C">
      <w:pPr>
        <w:autoSpaceDE w:val="0"/>
        <w:autoSpaceDN w:val="0"/>
        <w:spacing w:before="180" w:after="0" w:line="262" w:lineRule="auto"/>
        <w:ind w:right="3312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Овладению универсальными коммуникативными действиями: Общение</w:t>
      </w:r>
    </w:p>
    <w:p w:rsidR="00835869" w:rsidRPr="0028775A" w:rsidRDefault="0088145E" w:rsidP="0048427C">
      <w:pPr>
        <w:autoSpaceDE w:val="0"/>
        <w:autoSpaceDN w:val="0"/>
        <w:spacing w:before="178" w:after="0" w:line="262" w:lineRule="auto"/>
        <w:ind w:left="240" w:right="864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суждения, выражать свою точку зрения по географическим аспектам различных вопросов в устных и письменных текстах;</w:t>
      </w:r>
    </w:p>
    <w:p w:rsidR="00835869" w:rsidRPr="0028775A" w:rsidRDefault="0088145E" w:rsidP="0048427C">
      <w:pPr>
        <w:autoSpaceDE w:val="0"/>
        <w:autoSpaceDN w:val="0"/>
        <w:spacing w:before="190" w:after="0" w:line="262" w:lineRule="auto"/>
        <w:ind w:left="24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835869" w:rsidRPr="0028775A" w:rsidRDefault="0088145E" w:rsidP="0048427C">
      <w:pPr>
        <w:autoSpaceDE w:val="0"/>
        <w:autoSpaceDN w:val="0"/>
        <w:spacing w:before="190" w:after="0" w:line="262" w:lineRule="auto"/>
        <w:ind w:left="240" w:right="144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835869" w:rsidRPr="0028775A" w:rsidRDefault="0088145E" w:rsidP="0048427C">
      <w:pPr>
        <w:autoSpaceDE w:val="0"/>
        <w:autoSpaceDN w:val="0"/>
        <w:spacing w:before="190" w:after="0" w:line="230" w:lineRule="auto"/>
        <w:ind w:left="24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публично представлять результаты выполненного исследования или проекта.</w:t>
      </w:r>
    </w:p>
    <w:p w:rsidR="00835869" w:rsidRPr="0028775A" w:rsidRDefault="0088145E" w:rsidP="0048427C">
      <w:pPr>
        <w:autoSpaceDE w:val="0"/>
        <w:autoSpaceDN w:val="0"/>
        <w:spacing w:before="178" w:after="0" w:line="230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 (сотрудничество)</w:t>
      </w:r>
    </w:p>
    <w:p w:rsidR="00835869" w:rsidRPr="0028775A" w:rsidRDefault="0088145E" w:rsidP="0048427C">
      <w:pPr>
        <w:autoSpaceDE w:val="0"/>
        <w:autoSpaceDN w:val="0"/>
        <w:spacing w:before="178" w:after="0" w:line="230" w:lineRule="auto"/>
        <w:ind w:left="24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Принимать цель совместной деятельности при выполнении учебных географических</w:t>
      </w:r>
    </w:p>
    <w:p w:rsidR="00835869" w:rsidRPr="0028775A" w:rsidRDefault="00835869" w:rsidP="0048427C">
      <w:pPr>
        <w:jc w:val="both"/>
        <w:rPr>
          <w:lang w:val="ru-RU"/>
        </w:rPr>
        <w:sectPr w:rsidR="00835869" w:rsidRPr="0028775A">
          <w:pgSz w:w="11900" w:h="16840"/>
          <w:pgMar w:top="352" w:right="794" w:bottom="384" w:left="846" w:header="720" w:footer="720" w:gutter="0"/>
          <w:cols w:space="720" w:equalWidth="0">
            <w:col w:w="10260" w:space="0"/>
          </w:cols>
          <w:docGrid w:linePitch="360"/>
        </w:sectPr>
      </w:pPr>
    </w:p>
    <w:p w:rsidR="00835869" w:rsidRPr="0028775A" w:rsidRDefault="00835869" w:rsidP="0048427C">
      <w:pPr>
        <w:autoSpaceDE w:val="0"/>
        <w:autoSpaceDN w:val="0"/>
        <w:spacing w:after="66" w:line="220" w:lineRule="exact"/>
        <w:jc w:val="both"/>
        <w:rPr>
          <w:lang w:val="ru-RU"/>
        </w:rPr>
      </w:pPr>
    </w:p>
    <w:p w:rsidR="00835869" w:rsidRPr="0028775A" w:rsidRDefault="0088145E" w:rsidP="0048427C">
      <w:pPr>
        <w:autoSpaceDE w:val="0"/>
        <w:autoSpaceDN w:val="0"/>
        <w:spacing w:after="0" w:line="262" w:lineRule="auto"/>
        <w:ind w:left="420" w:right="144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35869" w:rsidRPr="0028775A" w:rsidRDefault="0088145E" w:rsidP="0048427C">
      <w:pPr>
        <w:autoSpaceDE w:val="0"/>
        <w:autoSpaceDN w:val="0"/>
        <w:spacing w:before="190" w:after="0" w:line="281" w:lineRule="auto"/>
        <w:ind w:left="420" w:right="288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планировать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835869" w:rsidRPr="0028775A" w:rsidRDefault="0088145E" w:rsidP="0048427C">
      <w:pPr>
        <w:autoSpaceDE w:val="0"/>
        <w:autoSpaceDN w:val="0"/>
        <w:spacing w:before="190" w:after="0" w:line="271" w:lineRule="auto"/>
        <w:ind w:left="420" w:right="144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ответственности.</w:t>
      </w:r>
    </w:p>
    <w:p w:rsidR="00835869" w:rsidRPr="0028775A" w:rsidRDefault="0088145E" w:rsidP="0048427C">
      <w:pPr>
        <w:autoSpaceDE w:val="0"/>
        <w:autoSpaceDN w:val="0"/>
        <w:spacing w:before="180" w:after="0" w:line="262" w:lineRule="auto"/>
        <w:ind w:left="180" w:right="2736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Овладению универсальными учебными регулятивными действиями: Самоорганизация</w:t>
      </w:r>
    </w:p>
    <w:p w:rsidR="00835869" w:rsidRPr="0028775A" w:rsidRDefault="0088145E" w:rsidP="0048427C">
      <w:pPr>
        <w:autoSpaceDE w:val="0"/>
        <w:autoSpaceDN w:val="0"/>
        <w:spacing w:before="178" w:after="0" w:line="271" w:lineRule="auto"/>
        <w:ind w:left="420" w:right="288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</w:p>
    <w:p w:rsidR="00835869" w:rsidRPr="0028775A" w:rsidRDefault="0088145E" w:rsidP="0048427C">
      <w:pPr>
        <w:autoSpaceDE w:val="0"/>
        <w:autoSpaceDN w:val="0"/>
        <w:spacing w:before="190" w:after="0" w:line="271" w:lineRule="auto"/>
        <w:ind w:left="420" w:right="864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835869" w:rsidRPr="0028775A" w:rsidRDefault="0088145E" w:rsidP="0048427C">
      <w:pPr>
        <w:autoSpaceDE w:val="0"/>
        <w:autoSpaceDN w:val="0"/>
        <w:spacing w:before="178" w:after="0" w:line="230" w:lineRule="auto"/>
        <w:ind w:left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Самоконтроль (рефлексия)</w:t>
      </w:r>
    </w:p>
    <w:p w:rsidR="00835869" w:rsidRPr="0028775A" w:rsidRDefault="0088145E" w:rsidP="0048427C">
      <w:pPr>
        <w:autoSpaceDE w:val="0"/>
        <w:autoSpaceDN w:val="0"/>
        <w:spacing w:before="178" w:after="0" w:line="230" w:lineRule="auto"/>
        <w:ind w:left="42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Владеть способами самоконтроля и рефлексии;</w:t>
      </w:r>
    </w:p>
    <w:p w:rsidR="00835869" w:rsidRPr="0028775A" w:rsidRDefault="0088145E" w:rsidP="0048427C">
      <w:pPr>
        <w:autoSpaceDE w:val="0"/>
        <w:autoSpaceDN w:val="0"/>
        <w:spacing w:before="190" w:after="0" w:line="262" w:lineRule="auto"/>
        <w:ind w:left="420" w:right="432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объяснять причины достижения (</w:t>
      </w:r>
      <w:proofErr w:type="spellStart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) результатов деятельности, давать оценку приобретённому опыту;</w:t>
      </w:r>
    </w:p>
    <w:p w:rsidR="00835869" w:rsidRPr="0028775A" w:rsidRDefault="0088145E" w:rsidP="0048427C">
      <w:pPr>
        <w:autoSpaceDE w:val="0"/>
        <w:autoSpaceDN w:val="0"/>
        <w:spacing w:before="190" w:after="0" w:line="262" w:lineRule="auto"/>
        <w:ind w:left="42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835869" w:rsidRPr="0028775A" w:rsidRDefault="0088145E" w:rsidP="0048427C">
      <w:pPr>
        <w:autoSpaceDE w:val="0"/>
        <w:autoSpaceDN w:val="0"/>
        <w:spacing w:before="190" w:after="0" w:line="230" w:lineRule="auto"/>
        <w:ind w:left="42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оценивать соответствие результата цели и условиям.</w:t>
      </w:r>
    </w:p>
    <w:p w:rsidR="00835869" w:rsidRPr="0028775A" w:rsidRDefault="0088145E" w:rsidP="0048427C">
      <w:pPr>
        <w:autoSpaceDE w:val="0"/>
        <w:autoSpaceDN w:val="0"/>
        <w:spacing w:before="298" w:after="0" w:line="230" w:lineRule="auto"/>
        <w:ind w:left="18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Принятие себя и других:</w:t>
      </w:r>
    </w:p>
    <w:p w:rsidR="00835869" w:rsidRPr="0028775A" w:rsidRDefault="0088145E" w:rsidP="0048427C">
      <w:pPr>
        <w:autoSpaceDE w:val="0"/>
        <w:autoSpaceDN w:val="0"/>
        <w:spacing w:before="178" w:after="0" w:line="230" w:lineRule="auto"/>
        <w:ind w:left="42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Осознанно относиться к другому человеку, его мнению;</w:t>
      </w:r>
    </w:p>
    <w:p w:rsidR="00835869" w:rsidRPr="0028775A" w:rsidRDefault="0088145E" w:rsidP="0048427C">
      <w:pPr>
        <w:autoSpaceDE w:val="0"/>
        <w:autoSpaceDN w:val="0"/>
        <w:spacing w:before="192" w:after="0" w:line="230" w:lineRule="auto"/>
        <w:ind w:left="42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признавать своё право на ошибку и такое же право другого.</w:t>
      </w:r>
    </w:p>
    <w:p w:rsidR="00835869" w:rsidRPr="0028775A" w:rsidRDefault="0088145E" w:rsidP="0048427C">
      <w:pPr>
        <w:autoSpaceDE w:val="0"/>
        <w:autoSpaceDN w:val="0"/>
        <w:spacing w:before="324" w:after="0" w:line="230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835869" w:rsidRPr="0028775A" w:rsidRDefault="0088145E" w:rsidP="0048427C">
      <w:pPr>
        <w:autoSpaceDE w:val="0"/>
        <w:autoSpaceDN w:val="0"/>
        <w:spacing w:before="226" w:after="0" w:line="271" w:lineRule="auto"/>
        <w:ind w:left="42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Описывать по физической карте полушарий, физической карте России, карте океанов, глобусу местоположение изученных географических объектов для решения учебных и (или) практико-ориентированных задач;</w:t>
      </w:r>
    </w:p>
    <w:p w:rsidR="00835869" w:rsidRPr="0028775A" w:rsidRDefault="0088145E" w:rsidP="0048427C">
      <w:pPr>
        <w:autoSpaceDE w:val="0"/>
        <w:autoSpaceDN w:val="0"/>
        <w:spacing w:before="190" w:after="0" w:line="271" w:lineRule="auto"/>
        <w:ind w:left="420" w:right="144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находить информацию об отдельных компонентах природы Земли, в том числе о природе своей местности, необходимую для решения учебных и (или) практико-ориентированных задач, и извлекать её из различных источников;</w:t>
      </w:r>
    </w:p>
    <w:p w:rsidR="00835869" w:rsidRPr="0028775A" w:rsidRDefault="0088145E" w:rsidP="0048427C">
      <w:pPr>
        <w:autoSpaceDE w:val="0"/>
        <w:autoSpaceDN w:val="0"/>
        <w:spacing w:before="190" w:after="0" w:line="230" w:lineRule="auto"/>
        <w:ind w:left="42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опасных природных явлений в геосферах и средств их предупреждения;</w:t>
      </w:r>
    </w:p>
    <w:p w:rsidR="00835869" w:rsidRPr="0028775A" w:rsidRDefault="0088145E" w:rsidP="0048427C">
      <w:pPr>
        <w:autoSpaceDE w:val="0"/>
        <w:autoSpaceDN w:val="0"/>
        <w:spacing w:before="190" w:after="0" w:line="262" w:lineRule="auto"/>
        <w:ind w:left="420" w:right="432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сравнивать инструментарий (способы) получения географической информации на разных этапах географического изучения Земли;</w:t>
      </w:r>
    </w:p>
    <w:p w:rsidR="00835869" w:rsidRPr="0028775A" w:rsidRDefault="0088145E" w:rsidP="0048427C">
      <w:pPr>
        <w:autoSpaceDE w:val="0"/>
        <w:autoSpaceDN w:val="0"/>
        <w:spacing w:before="190" w:after="0" w:line="230" w:lineRule="auto"/>
        <w:ind w:left="42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различать свойства вод отдельных частей Мирового океана;</w:t>
      </w:r>
    </w:p>
    <w:p w:rsidR="00835869" w:rsidRPr="0028775A" w:rsidRDefault="00835869" w:rsidP="0048427C">
      <w:pPr>
        <w:jc w:val="both"/>
        <w:rPr>
          <w:lang w:val="ru-RU"/>
        </w:rPr>
        <w:sectPr w:rsidR="00835869" w:rsidRPr="0028775A">
          <w:pgSz w:w="11900" w:h="16840"/>
          <w:pgMar w:top="286" w:right="700" w:bottom="368" w:left="666" w:header="720" w:footer="720" w:gutter="0"/>
          <w:cols w:space="720" w:equalWidth="0">
            <w:col w:w="10534" w:space="0"/>
          </w:cols>
          <w:docGrid w:linePitch="360"/>
        </w:sectPr>
      </w:pPr>
    </w:p>
    <w:p w:rsidR="00835869" w:rsidRPr="0028775A" w:rsidRDefault="00835869" w:rsidP="0048427C">
      <w:pPr>
        <w:autoSpaceDE w:val="0"/>
        <w:autoSpaceDN w:val="0"/>
        <w:spacing w:after="78" w:line="220" w:lineRule="exact"/>
        <w:jc w:val="both"/>
        <w:rPr>
          <w:lang w:val="ru-RU"/>
        </w:rPr>
      </w:pPr>
    </w:p>
    <w:p w:rsidR="00835869" w:rsidRPr="0028775A" w:rsidRDefault="0088145E" w:rsidP="0048427C">
      <w:pPr>
        <w:autoSpaceDE w:val="0"/>
        <w:autoSpaceDN w:val="0"/>
        <w:spacing w:after="0" w:line="262" w:lineRule="auto"/>
        <w:ind w:right="288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применять понятия «гидросфера», «круговорот воды», «цунами», «приливы и отливы» для решения учебных и (или) практико-ориентированных задач;</w:t>
      </w:r>
    </w:p>
    <w:p w:rsidR="00835869" w:rsidRPr="0028775A" w:rsidRDefault="0088145E" w:rsidP="0048427C">
      <w:pPr>
        <w:autoSpaceDE w:val="0"/>
        <w:autoSpaceDN w:val="0"/>
        <w:spacing w:before="190" w:after="0" w:line="262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классифицировать объекты гидросферы (моря, озёра, реки, подземные воды, болота, ледники) по заданным признакам;</w:t>
      </w:r>
    </w:p>
    <w:p w:rsidR="00835869" w:rsidRPr="0028775A" w:rsidRDefault="0088145E" w:rsidP="0048427C">
      <w:pPr>
        <w:autoSpaceDE w:val="0"/>
        <w:autoSpaceDN w:val="0"/>
        <w:spacing w:before="190" w:after="0" w:line="230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различать питание и режим рек;</w:t>
      </w:r>
    </w:p>
    <w:p w:rsidR="00835869" w:rsidRPr="0028775A" w:rsidRDefault="0088145E" w:rsidP="0048427C">
      <w:pPr>
        <w:autoSpaceDE w:val="0"/>
        <w:autoSpaceDN w:val="0"/>
        <w:spacing w:before="190" w:after="0" w:line="230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сравнивать реки по заданным признакам;</w:t>
      </w:r>
    </w:p>
    <w:p w:rsidR="00835869" w:rsidRPr="0028775A" w:rsidRDefault="0088145E" w:rsidP="0048427C">
      <w:pPr>
        <w:autoSpaceDE w:val="0"/>
        <w:autoSpaceDN w:val="0"/>
        <w:spacing w:before="190" w:after="0" w:line="262" w:lineRule="auto"/>
        <w:ind w:right="576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различать понятия «грунтовые, межпластовые и артезианские воды» и применять их для решения учебных и (или) практико-ориентированных задач;</w:t>
      </w:r>
    </w:p>
    <w:p w:rsidR="00835869" w:rsidRPr="0028775A" w:rsidRDefault="0088145E" w:rsidP="0048427C">
      <w:pPr>
        <w:autoSpaceDE w:val="0"/>
        <w:autoSpaceDN w:val="0"/>
        <w:spacing w:before="192" w:after="0" w:line="262" w:lineRule="auto"/>
        <w:ind w:right="144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причинно-следственные связи между питанием, режимом реки и климатом на территории речного бассейна;</w:t>
      </w:r>
    </w:p>
    <w:p w:rsidR="00835869" w:rsidRPr="0028775A" w:rsidRDefault="0088145E" w:rsidP="0048427C">
      <w:pPr>
        <w:autoSpaceDE w:val="0"/>
        <w:autoSpaceDN w:val="0"/>
        <w:spacing w:before="192" w:after="0" w:line="230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районов распространения многолетней мерзлоты;</w:t>
      </w:r>
    </w:p>
    <w:p w:rsidR="00835869" w:rsidRPr="0028775A" w:rsidRDefault="0088145E" w:rsidP="0048427C">
      <w:pPr>
        <w:autoSpaceDE w:val="0"/>
        <w:autoSpaceDN w:val="0"/>
        <w:spacing w:before="190" w:after="0" w:line="230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называть причины образования цунами, приливов и отливов;</w:t>
      </w:r>
    </w:p>
    <w:p w:rsidR="00835869" w:rsidRPr="0028775A" w:rsidRDefault="0088145E" w:rsidP="0048427C">
      <w:pPr>
        <w:autoSpaceDE w:val="0"/>
        <w:autoSpaceDN w:val="0"/>
        <w:spacing w:before="190" w:after="0" w:line="230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описывать состав, строение атмосферы;</w:t>
      </w:r>
    </w:p>
    <w:p w:rsidR="00835869" w:rsidRPr="0028775A" w:rsidRDefault="0088145E" w:rsidP="0048427C">
      <w:pPr>
        <w:autoSpaceDE w:val="0"/>
        <w:autoSpaceDN w:val="0"/>
        <w:spacing w:before="190" w:after="0"/>
        <w:ind w:right="144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определять тенденции изменения температуры воздуха, количества атмосферных осадков и атмосферного давления в зависимости от географического положения объектов;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задач;</w:t>
      </w:r>
    </w:p>
    <w:p w:rsidR="00835869" w:rsidRPr="0028775A" w:rsidRDefault="0088145E" w:rsidP="0048427C">
      <w:pPr>
        <w:autoSpaceDE w:val="0"/>
        <w:autoSpaceDN w:val="0"/>
        <w:spacing w:before="190" w:after="0" w:line="271" w:lineRule="auto"/>
        <w:ind w:right="720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объяснять образование атмосферных осадков; направление дневных и ночных бризов, муссонов; годовой ход температуры воздуха и распределение атмосферных осадков для отдельных территорий;</w:t>
      </w:r>
    </w:p>
    <w:p w:rsidR="00835869" w:rsidRPr="0028775A" w:rsidRDefault="0088145E" w:rsidP="0048427C">
      <w:pPr>
        <w:autoSpaceDE w:val="0"/>
        <w:autoSpaceDN w:val="0"/>
        <w:spacing w:before="190" w:after="0" w:line="230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различать свойства воздуха; климаты Земли; климатообразующие факторы;</w:t>
      </w:r>
    </w:p>
    <w:p w:rsidR="00835869" w:rsidRPr="0028775A" w:rsidRDefault="0088145E" w:rsidP="0048427C">
      <w:pPr>
        <w:autoSpaceDE w:val="0"/>
        <w:autoSpaceDN w:val="0"/>
        <w:spacing w:before="190" w:after="0" w:line="271" w:lineRule="auto"/>
        <w:ind w:right="432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зависимость между нагреванием земной поверхности и углом падения солнечных лучей; температурой воздуха и его относительной влажностью на основе данных эмпирических наблюдений;</w:t>
      </w:r>
    </w:p>
    <w:p w:rsidR="00835869" w:rsidRPr="0028775A" w:rsidRDefault="0088145E" w:rsidP="0048427C">
      <w:pPr>
        <w:autoSpaceDE w:val="0"/>
        <w:autoSpaceDN w:val="0"/>
        <w:spacing w:before="190" w:after="0" w:line="271" w:lineRule="auto"/>
        <w:ind w:right="288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сравнивать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углах падения солнечных лучей;</w:t>
      </w:r>
    </w:p>
    <w:p w:rsidR="00835869" w:rsidRPr="0028775A" w:rsidRDefault="0088145E" w:rsidP="0048427C">
      <w:pPr>
        <w:autoSpaceDE w:val="0"/>
        <w:autoSpaceDN w:val="0"/>
        <w:spacing w:before="192" w:after="0" w:line="230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различать виды атмосферных осадков;</w:t>
      </w:r>
    </w:p>
    <w:p w:rsidR="00835869" w:rsidRPr="0028775A" w:rsidRDefault="0088145E" w:rsidP="0048427C">
      <w:pPr>
        <w:autoSpaceDE w:val="0"/>
        <w:autoSpaceDN w:val="0"/>
        <w:spacing w:before="192" w:after="0" w:line="230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различать понятия «бризы» и «муссоны»;</w:t>
      </w:r>
    </w:p>
    <w:p w:rsidR="00835869" w:rsidRPr="0028775A" w:rsidRDefault="0088145E" w:rsidP="0048427C">
      <w:pPr>
        <w:autoSpaceDE w:val="0"/>
        <w:autoSpaceDN w:val="0"/>
        <w:spacing w:before="190" w:after="0" w:line="230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различать понятия «погода» и «климат»;</w:t>
      </w:r>
    </w:p>
    <w:p w:rsidR="00835869" w:rsidRPr="0028775A" w:rsidRDefault="0088145E" w:rsidP="0048427C">
      <w:pPr>
        <w:autoSpaceDE w:val="0"/>
        <w:autoSpaceDN w:val="0"/>
        <w:spacing w:before="190" w:after="0" w:line="230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различать понятия «атмосфера», «тропосфера», «стратосфера», «верхние слои атмосферы»;</w:t>
      </w:r>
    </w:p>
    <w:p w:rsidR="00835869" w:rsidRPr="0028775A" w:rsidRDefault="0088145E" w:rsidP="0048427C">
      <w:pPr>
        <w:autoSpaceDE w:val="0"/>
        <w:autoSpaceDN w:val="0"/>
        <w:spacing w:before="190" w:after="0" w:line="262" w:lineRule="auto"/>
        <w:ind w:right="288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применять понятия «атмосферное давление», «ветер», «атмосферные осадки», «воздушные массы» для решения учебных и (или) практико-ориентированных задач;</w:t>
      </w:r>
    </w:p>
    <w:p w:rsidR="00835869" w:rsidRPr="0028775A" w:rsidRDefault="0088145E" w:rsidP="0048427C">
      <w:pPr>
        <w:autoSpaceDE w:val="0"/>
        <w:autoSpaceDN w:val="0"/>
        <w:spacing w:before="190" w:after="0" w:line="271" w:lineRule="auto"/>
        <w:ind w:right="144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выбирать и анализировать географическую информацию о глобальных климатических изменениях из различных источников для решения учебных и (или) практико-ориентированных задач;</w:t>
      </w:r>
    </w:p>
    <w:p w:rsidR="00835869" w:rsidRPr="0028775A" w:rsidRDefault="0088145E" w:rsidP="0048427C">
      <w:pPr>
        <w:autoSpaceDE w:val="0"/>
        <w:autoSpaceDN w:val="0"/>
        <w:spacing w:before="190" w:after="0" w:line="271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проводить измерения 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 (или) графической</w:t>
      </w:r>
    </w:p>
    <w:p w:rsidR="00835869" w:rsidRPr="0028775A" w:rsidRDefault="00835869" w:rsidP="0048427C">
      <w:pPr>
        <w:jc w:val="both"/>
        <w:rPr>
          <w:lang w:val="ru-RU"/>
        </w:rPr>
        <w:sectPr w:rsidR="00835869" w:rsidRPr="0028775A">
          <w:pgSz w:w="11900" w:h="16840"/>
          <w:pgMar w:top="298" w:right="738" w:bottom="402" w:left="1086" w:header="720" w:footer="720" w:gutter="0"/>
          <w:cols w:space="720" w:equalWidth="0">
            <w:col w:w="10076" w:space="0"/>
          </w:cols>
          <w:docGrid w:linePitch="360"/>
        </w:sectPr>
      </w:pPr>
    </w:p>
    <w:p w:rsidR="00835869" w:rsidRPr="0028775A" w:rsidRDefault="00835869" w:rsidP="0048427C">
      <w:pPr>
        <w:autoSpaceDE w:val="0"/>
        <w:autoSpaceDN w:val="0"/>
        <w:spacing w:after="66" w:line="220" w:lineRule="exact"/>
        <w:jc w:val="both"/>
        <w:rPr>
          <w:lang w:val="ru-RU"/>
        </w:rPr>
      </w:pPr>
    </w:p>
    <w:p w:rsidR="00835869" w:rsidRPr="0028775A" w:rsidRDefault="0088145E" w:rsidP="0048427C">
      <w:pPr>
        <w:autoSpaceDE w:val="0"/>
        <w:autoSpaceDN w:val="0"/>
        <w:spacing w:after="0" w:line="348" w:lineRule="auto"/>
        <w:jc w:val="both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форме;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называть границы биосферы;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 приспособления живых организмов к среде обитания в разных 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природных зонах;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различать растительный и животный мир разных территорий Земли;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объяснять взаимосвязи компонентов природы в природно-территориальном комплексе;—  сравнивать особенности растительного и животного мира в различных природных зонах;—  применять понятия «почва», «плодородие почв», «природный комплекс», «природно-территориальный комплекс», «круговорот веществ в природе» для решения учебных и (или) практико-ориентированных задач;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сравнивать плодородие почв в различных природных зонах;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изменений в изученных геосферах в результате деятельности человека на примере территории мира и своей местности, путей решения существующих экологических проблем.</w:t>
      </w:r>
    </w:p>
    <w:p w:rsidR="00835869" w:rsidRPr="0028775A" w:rsidRDefault="00835869">
      <w:pPr>
        <w:rPr>
          <w:lang w:val="ru-RU"/>
        </w:rPr>
        <w:sectPr w:rsidR="00835869" w:rsidRPr="0028775A">
          <w:pgSz w:w="11900" w:h="16840"/>
          <w:pgMar w:top="286" w:right="760" w:bottom="1440" w:left="1086" w:header="720" w:footer="720" w:gutter="0"/>
          <w:cols w:space="720" w:equalWidth="0">
            <w:col w:w="10054" w:space="0"/>
          </w:cols>
          <w:docGrid w:linePitch="360"/>
        </w:sectPr>
      </w:pPr>
    </w:p>
    <w:p w:rsidR="00835869" w:rsidRPr="0028775A" w:rsidRDefault="00835869">
      <w:pPr>
        <w:autoSpaceDE w:val="0"/>
        <w:autoSpaceDN w:val="0"/>
        <w:spacing w:after="64" w:line="220" w:lineRule="exact"/>
        <w:rPr>
          <w:lang w:val="ru-RU"/>
        </w:rPr>
      </w:pPr>
    </w:p>
    <w:p w:rsidR="0028775A" w:rsidRDefault="0028775A">
      <w:pPr>
        <w:autoSpaceDE w:val="0"/>
        <w:autoSpaceDN w:val="0"/>
        <w:spacing w:after="258" w:line="233" w:lineRule="auto"/>
        <w:rPr>
          <w:rFonts w:ascii="Times New Roman" w:eastAsia="Times New Roman" w:hAnsi="Times New Roman"/>
          <w:b/>
          <w:color w:val="000000"/>
          <w:w w:val="101"/>
          <w:sz w:val="19"/>
          <w:lang w:val="ru-RU"/>
        </w:rPr>
      </w:pPr>
    </w:p>
    <w:p w:rsidR="00686D01" w:rsidRPr="00B37B85" w:rsidRDefault="00686D01" w:rsidP="00686D01">
      <w:pPr>
        <w:autoSpaceDE w:val="0"/>
        <w:autoSpaceDN w:val="0"/>
        <w:spacing w:after="64" w:line="220" w:lineRule="exac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7B85">
        <w:rPr>
          <w:rFonts w:ascii="Times New Roman" w:hAnsi="Times New Roman" w:cs="Times New Roman"/>
          <w:b/>
          <w:sz w:val="28"/>
          <w:szCs w:val="28"/>
          <w:lang w:val="ru-RU"/>
        </w:rPr>
        <w:t>Тематическое планирование с учет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ом рабочей программы воспитания</w:t>
      </w:r>
      <w:r w:rsidRPr="00B37B8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(описаны в "Личностных результатах")</w:t>
      </w:r>
    </w:p>
    <w:p w:rsidR="00686D01" w:rsidRPr="00B37B85" w:rsidRDefault="00686D01" w:rsidP="00686D01">
      <w:pPr>
        <w:autoSpaceDE w:val="0"/>
        <w:autoSpaceDN w:val="0"/>
        <w:spacing w:after="64" w:line="220" w:lineRule="exac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E5553" w:rsidRPr="00686D01" w:rsidRDefault="00EE5553" w:rsidP="00EE5553">
      <w:pPr>
        <w:rPr>
          <w:b/>
          <w:sz w:val="15"/>
          <w:szCs w:val="15"/>
          <w:lang w:val="ru-RU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357"/>
        <w:gridCol w:w="529"/>
        <w:gridCol w:w="1105"/>
        <w:gridCol w:w="753"/>
        <w:gridCol w:w="142"/>
        <w:gridCol w:w="708"/>
        <w:gridCol w:w="403"/>
        <w:gridCol w:w="5524"/>
        <w:gridCol w:w="1117"/>
        <w:gridCol w:w="3729"/>
      </w:tblGrid>
      <w:tr w:rsidR="00EE5553" w:rsidTr="00EE5553">
        <w:trPr>
          <w:trHeight w:val="333"/>
        </w:trPr>
        <w:tc>
          <w:tcPr>
            <w:tcW w:w="3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74" w:line="264" w:lineRule="auto"/>
              <w:ind w:left="76" w:right="7"/>
              <w:rPr>
                <w:b/>
                <w:sz w:val="15"/>
                <w:szCs w:val="15"/>
                <w:lang w:val="en-US"/>
              </w:rPr>
            </w:pPr>
            <w:r>
              <w:rPr>
                <w:b/>
                <w:w w:val="105"/>
                <w:sz w:val="15"/>
                <w:szCs w:val="15"/>
                <w:lang w:val="en-US"/>
              </w:rPr>
              <w:t>№</w:t>
            </w:r>
            <w:r>
              <w:rPr>
                <w:b/>
                <w:spacing w:val="1"/>
                <w:w w:val="105"/>
                <w:sz w:val="15"/>
                <w:szCs w:val="15"/>
                <w:lang w:val="en-US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  <w:szCs w:val="15"/>
                <w:lang w:val="en-US"/>
              </w:rPr>
              <w:t>п/п</w:t>
            </w:r>
          </w:p>
        </w:tc>
        <w:tc>
          <w:tcPr>
            <w:tcW w:w="13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74" w:line="264" w:lineRule="auto"/>
              <w:ind w:left="76" w:right="7"/>
              <w:jc w:val="both"/>
              <w:rPr>
                <w:b/>
                <w:sz w:val="15"/>
                <w:szCs w:val="15"/>
              </w:rPr>
            </w:pPr>
            <w:r w:rsidRPr="00EE5553">
              <w:rPr>
                <w:b/>
                <w:spacing w:val="-1"/>
                <w:w w:val="105"/>
                <w:sz w:val="15"/>
                <w:szCs w:val="15"/>
              </w:rPr>
              <w:t>Наименование</w:t>
            </w:r>
            <w:r w:rsidRPr="00EE5553">
              <w:rPr>
                <w:b/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b/>
                <w:w w:val="105"/>
                <w:sz w:val="15"/>
                <w:szCs w:val="15"/>
              </w:rPr>
              <w:t>разделов</w:t>
            </w:r>
            <w:r w:rsidRPr="00EE5553">
              <w:rPr>
                <w:b/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b/>
                <w:w w:val="105"/>
                <w:sz w:val="15"/>
                <w:szCs w:val="15"/>
              </w:rPr>
              <w:t>и</w:t>
            </w:r>
            <w:r w:rsidRPr="00EE5553">
              <w:rPr>
                <w:b/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b/>
                <w:w w:val="105"/>
                <w:sz w:val="15"/>
                <w:szCs w:val="15"/>
              </w:rPr>
              <w:t>тем</w:t>
            </w:r>
            <w:r w:rsidRPr="00EE5553">
              <w:rPr>
                <w:b/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b/>
                <w:w w:val="105"/>
                <w:sz w:val="15"/>
                <w:szCs w:val="15"/>
              </w:rPr>
              <w:t>программы</w:t>
            </w:r>
          </w:p>
        </w:tc>
        <w:tc>
          <w:tcPr>
            <w:tcW w:w="23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74"/>
              <w:ind w:left="76" w:right="7"/>
              <w:rPr>
                <w:b/>
                <w:sz w:val="15"/>
                <w:szCs w:val="15"/>
                <w:lang w:val="en-US"/>
              </w:rPr>
            </w:pPr>
            <w:proofErr w:type="spellStart"/>
            <w:r>
              <w:rPr>
                <w:b/>
                <w:spacing w:val="-1"/>
                <w:w w:val="105"/>
                <w:sz w:val="15"/>
                <w:szCs w:val="15"/>
                <w:lang w:val="en-US"/>
              </w:rPr>
              <w:t>Количество</w:t>
            </w:r>
            <w:proofErr w:type="spellEnd"/>
            <w:r>
              <w:rPr>
                <w:b/>
                <w:spacing w:val="-6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  <w:szCs w:val="15"/>
                <w:lang w:val="en-US"/>
              </w:rPr>
              <w:t>часов</w:t>
            </w:r>
            <w:proofErr w:type="spellEnd"/>
          </w:p>
        </w:tc>
        <w:tc>
          <w:tcPr>
            <w:tcW w:w="85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74" w:line="264" w:lineRule="auto"/>
              <w:ind w:left="75" w:right="7"/>
              <w:rPr>
                <w:b/>
                <w:sz w:val="15"/>
                <w:szCs w:val="15"/>
                <w:lang w:val="en-US"/>
              </w:rPr>
            </w:pPr>
            <w:proofErr w:type="spellStart"/>
            <w:r>
              <w:rPr>
                <w:b/>
                <w:w w:val="105"/>
                <w:sz w:val="15"/>
                <w:szCs w:val="15"/>
                <w:lang w:val="en-US"/>
              </w:rPr>
              <w:t>Дата</w:t>
            </w:r>
            <w:proofErr w:type="spellEnd"/>
            <w:r>
              <w:rPr>
                <w:b/>
                <w:spacing w:val="1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b/>
                <w:spacing w:val="-1"/>
                <w:w w:val="105"/>
                <w:sz w:val="15"/>
                <w:szCs w:val="15"/>
                <w:lang w:val="en-US"/>
              </w:rPr>
              <w:t>изучения</w:t>
            </w:r>
            <w:proofErr w:type="spellEnd"/>
          </w:p>
        </w:tc>
        <w:tc>
          <w:tcPr>
            <w:tcW w:w="592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74"/>
              <w:ind w:left="74" w:right="7"/>
              <w:rPr>
                <w:b/>
                <w:sz w:val="15"/>
                <w:szCs w:val="15"/>
                <w:lang w:val="en-US"/>
              </w:rPr>
            </w:pPr>
            <w:proofErr w:type="spellStart"/>
            <w:r>
              <w:rPr>
                <w:b/>
                <w:spacing w:val="-1"/>
                <w:w w:val="105"/>
                <w:sz w:val="15"/>
                <w:szCs w:val="15"/>
                <w:lang w:val="en-US"/>
              </w:rPr>
              <w:t>Виды</w:t>
            </w:r>
            <w:proofErr w:type="spellEnd"/>
            <w:r>
              <w:rPr>
                <w:b/>
                <w:spacing w:val="-5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b/>
                <w:spacing w:val="-1"/>
                <w:w w:val="105"/>
                <w:sz w:val="15"/>
                <w:szCs w:val="15"/>
                <w:lang w:val="en-US"/>
              </w:rPr>
              <w:t>деятельности</w:t>
            </w:r>
            <w:proofErr w:type="spellEnd"/>
          </w:p>
        </w:tc>
        <w:tc>
          <w:tcPr>
            <w:tcW w:w="11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74" w:line="264" w:lineRule="auto"/>
              <w:ind w:left="73" w:right="7"/>
              <w:rPr>
                <w:b/>
                <w:sz w:val="15"/>
                <w:szCs w:val="15"/>
                <w:lang w:val="en-US"/>
              </w:rPr>
            </w:pPr>
            <w:proofErr w:type="spellStart"/>
            <w:r>
              <w:rPr>
                <w:b/>
                <w:w w:val="105"/>
                <w:sz w:val="15"/>
                <w:szCs w:val="15"/>
                <w:lang w:val="en-US"/>
              </w:rPr>
              <w:t>Виды</w:t>
            </w:r>
            <w:proofErr w:type="spellEnd"/>
            <w:r>
              <w:rPr>
                <w:b/>
                <w:w w:val="105"/>
                <w:sz w:val="15"/>
                <w:szCs w:val="15"/>
                <w:lang w:val="en-US"/>
              </w:rPr>
              <w:t>,</w:t>
            </w:r>
            <w:r>
              <w:rPr>
                <w:b/>
                <w:spacing w:val="1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  <w:szCs w:val="15"/>
                <w:lang w:val="en-US"/>
              </w:rPr>
              <w:t>формы</w:t>
            </w:r>
            <w:proofErr w:type="spellEnd"/>
            <w:r>
              <w:rPr>
                <w:b/>
                <w:spacing w:val="1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b/>
                <w:spacing w:val="-1"/>
                <w:w w:val="105"/>
                <w:sz w:val="15"/>
                <w:szCs w:val="15"/>
                <w:lang w:val="en-US"/>
              </w:rPr>
              <w:t>контроля</w:t>
            </w:r>
            <w:proofErr w:type="spellEnd"/>
          </w:p>
        </w:tc>
        <w:tc>
          <w:tcPr>
            <w:tcW w:w="37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74" w:line="264" w:lineRule="auto"/>
              <w:ind w:left="73" w:right="7"/>
              <w:rPr>
                <w:b/>
                <w:sz w:val="15"/>
                <w:szCs w:val="15"/>
                <w:lang w:val="en-US"/>
              </w:rPr>
            </w:pPr>
            <w:proofErr w:type="spellStart"/>
            <w:r>
              <w:rPr>
                <w:b/>
                <w:spacing w:val="-1"/>
                <w:w w:val="105"/>
                <w:sz w:val="15"/>
                <w:szCs w:val="15"/>
                <w:lang w:val="en-US"/>
              </w:rPr>
              <w:t>Электронные</w:t>
            </w:r>
            <w:proofErr w:type="spellEnd"/>
            <w:r>
              <w:rPr>
                <w:b/>
                <w:spacing w:val="-1"/>
                <w:w w:val="105"/>
                <w:sz w:val="15"/>
                <w:szCs w:val="15"/>
                <w:lang w:val="en-US"/>
              </w:rPr>
              <w:t xml:space="preserve"> (</w:t>
            </w:r>
            <w:proofErr w:type="spellStart"/>
            <w:r>
              <w:rPr>
                <w:b/>
                <w:spacing w:val="-1"/>
                <w:w w:val="105"/>
                <w:sz w:val="15"/>
                <w:szCs w:val="15"/>
                <w:lang w:val="en-US"/>
              </w:rPr>
              <w:t>цифровые</w:t>
            </w:r>
            <w:proofErr w:type="spellEnd"/>
            <w:r>
              <w:rPr>
                <w:b/>
                <w:spacing w:val="-1"/>
                <w:w w:val="105"/>
                <w:sz w:val="15"/>
                <w:szCs w:val="15"/>
                <w:lang w:val="en-US"/>
              </w:rPr>
              <w:t xml:space="preserve">) </w:t>
            </w:r>
            <w:proofErr w:type="spellStart"/>
            <w:r>
              <w:rPr>
                <w:b/>
                <w:spacing w:val="-1"/>
                <w:w w:val="105"/>
                <w:sz w:val="15"/>
                <w:szCs w:val="15"/>
                <w:lang w:val="en-US"/>
              </w:rPr>
              <w:t>образовательные</w:t>
            </w:r>
            <w:proofErr w:type="spellEnd"/>
            <w:r>
              <w:rPr>
                <w:b/>
                <w:spacing w:val="-37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  <w:szCs w:val="15"/>
                <w:lang w:val="en-US"/>
              </w:rPr>
              <w:t>ресурсы</w:t>
            </w:r>
            <w:proofErr w:type="spellEnd"/>
          </w:p>
        </w:tc>
      </w:tr>
      <w:tr w:rsidR="00EE5553" w:rsidTr="00EE5553">
        <w:trPr>
          <w:trHeight w:val="525"/>
        </w:trPr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5553" w:rsidRDefault="00EE555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5553" w:rsidRDefault="00EE555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74"/>
              <w:ind w:left="76" w:right="7"/>
              <w:rPr>
                <w:b/>
                <w:sz w:val="15"/>
                <w:szCs w:val="15"/>
                <w:lang w:val="en-US"/>
              </w:rPr>
            </w:pPr>
            <w:proofErr w:type="spellStart"/>
            <w:r>
              <w:rPr>
                <w:b/>
                <w:w w:val="105"/>
                <w:sz w:val="15"/>
                <w:szCs w:val="15"/>
                <w:lang w:val="en-US"/>
              </w:rPr>
              <w:t>всего</w:t>
            </w:r>
            <w:proofErr w:type="spellEnd"/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74" w:line="264" w:lineRule="auto"/>
              <w:ind w:left="75" w:right="7"/>
              <w:rPr>
                <w:b/>
                <w:sz w:val="15"/>
                <w:szCs w:val="15"/>
                <w:lang w:val="en-US"/>
              </w:rPr>
            </w:pPr>
            <w:proofErr w:type="spellStart"/>
            <w:r>
              <w:rPr>
                <w:b/>
                <w:spacing w:val="-1"/>
                <w:w w:val="105"/>
                <w:sz w:val="15"/>
                <w:szCs w:val="15"/>
                <w:lang w:val="en-US"/>
              </w:rPr>
              <w:t>контрольные</w:t>
            </w:r>
            <w:proofErr w:type="spellEnd"/>
            <w:r>
              <w:rPr>
                <w:b/>
                <w:spacing w:val="-37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  <w:szCs w:val="15"/>
                <w:lang w:val="en-US"/>
              </w:rPr>
              <w:t>работы</w:t>
            </w:r>
            <w:proofErr w:type="spellEnd"/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74" w:line="264" w:lineRule="auto"/>
              <w:ind w:left="75" w:right="7"/>
              <w:rPr>
                <w:b/>
                <w:sz w:val="15"/>
                <w:szCs w:val="15"/>
                <w:lang w:val="en-US"/>
              </w:rPr>
            </w:pPr>
            <w:proofErr w:type="spellStart"/>
            <w:r>
              <w:rPr>
                <w:b/>
                <w:spacing w:val="-1"/>
                <w:w w:val="105"/>
                <w:sz w:val="15"/>
                <w:szCs w:val="15"/>
                <w:lang w:val="en-US"/>
              </w:rPr>
              <w:t>практические</w:t>
            </w:r>
            <w:proofErr w:type="spellEnd"/>
            <w:r>
              <w:rPr>
                <w:b/>
                <w:spacing w:val="-37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  <w:szCs w:val="15"/>
                <w:lang w:val="en-US"/>
              </w:rPr>
              <w:t>работы</w:t>
            </w:r>
            <w:proofErr w:type="spellEnd"/>
          </w:p>
        </w:tc>
        <w:tc>
          <w:tcPr>
            <w:tcW w:w="60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5553" w:rsidRDefault="00EE555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</w:p>
        </w:tc>
        <w:tc>
          <w:tcPr>
            <w:tcW w:w="1175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5553" w:rsidRDefault="00EE555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</w:p>
        </w:tc>
        <w:tc>
          <w:tcPr>
            <w:tcW w:w="11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5553" w:rsidRDefault="00EE555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</w:p>
        </w:tc>
        <w:tc>
          <w:tcPr>
            <w:tcW w:w="37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5553" w:rsidRDefault="00EE555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</w:p>
        </w:tc>
      </w:tr>
      <w:tr w:rsidR="00EE5553" w:rsidTr="00EE5553">
        <w:trPr>
          <w:trHeight w:val="333"/>
        </w:trPr>
        <w:tc>
          <w:tcPr>
            <w:tcW w:w="15763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74"/>
              <w:ind w:left="76" w:right="7"/>
              <w:rPr>
                <w:b/>
                <w:sz w:val="15"/>
                <w:szCs w:val="15"/>
                <w:lang w:val="en-US"/>
              </w:rPr>
            </w:pPr>
            <w:proofErr w:type="spellStart"/>
            <w:r>
              <w:rPr>
                <w:b/>
                <w:w w:val="105"/>
                <w:sz w:val="15"/>
                <w:szCs w:val="15"/>
                <w:lang w:val="en-US"/>
              </w:rPr>
              <w:t>Раздел</w:t>
            </w:r>
            <w:proofErr w:type="spellEnd"/>
            <w:r>
              <w:rPr>
                <w:b/>
                <w:spacing w:val="-8"/>
                <w:w w:val="105"/>
                <w:sz w:val="15"/>
                <w:szCs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szCs w:val="15"/>
                <w:lang w:val="en-US"/>
              </w:rPr>
              <w:t>1.</w:t>
            </w:r>
            <w:r>
              <w:rPr>
                <w:b/>
                <w:spacing w:val="-7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  <w:szCs w:val="15"/>
                <w:lang w:val="en-US"/>
              </w:rPr>
              <w:t>Оболочки</w:t>
            </w:r>
            <w:proofErr w:type="spellEnd"/>
            <w:r>
              <w:rPr>
                <w:b/>
                <w:spacing w:val="-7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  <w:szCs w:val="15"/>
                <w:lang w:val="en-US"/>
              </w:rPr>
              <w:t>Земли</w:t>
            </w:r>
            <w:proofErr w:type="spellEnd"/>
          </w:p>
        </w:tc>
      </w:tr>
      <w:tr w:rsidR="00EE5553" w:rsidTr="00EE5553">
        <w:trPr>
          <w:trHeight w:val="258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74" w:line="163" w:lineRule="exact"/>
              <w:ind w:left="76" w:right="7"/>
              <w:rPr>
                <w:sz w:val="15"/>
                <w:szCs w:val="15"/>
                <w:lang w:val="en-US"/>
              </w:rPr>
            </w:pPr>
            <w:r>
              <w:rPr>
                <w:w w:val="105"/>
                <w:sz w:val="15"/>
                <w:szCs w:val="15"/>
                <w:lang w:val="en-US"/>
              </w:rPr>
              <w:t>1.1.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74" w:line="163" w:lineRule="exact"/>
              <w:ind w:left="76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w w:val="105"/>
                <w:sz w:val="15"/>
                <w:szCs w:val="15"/>
                <w:lang w:val="en-US"/>
              </w:rPr>
              <w:t>Гидросфера</w:t>
            </w:r>
            <w:proofErr w:type="spellEnd"/>
            <w:r>
              <w:rPr>
                <w:spacing w:val="-7"/>
                <w:w w:val="105"/>
                <w:sz w:val="15"/>
                <w:szCs w:val="15"/>
                <w:lang w:val="en-US"/>
              </w:rPr>
              <w:t xml:space="preserve"> </w:t>
            </w:r>
            <w:r>
              <w:rPr>
                <w:w w:val="105"/>
                <w:sz w:val="15"/>
                <w:szCs w:val="15"/>
                <w:lang w:val="en-US"/>
              </w:rPr>
              <w:t>—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74" w:line="163" w:lineRule="exact"/>
              <w:ind w:left="76" w:right="7"/>
              <w:rPr>
                <w:sz w:val="15"/>
                <w:szCs w:val="15"/>
                <w:lang w:val="en-US"/>
              </w:rPr>
            </w:pPr>
            <w:r>
              <w:rPr>
                <w:w w:val="104"/>
                <w:sz w:val="15"/>
                <w:szCs w:val="15"/>
                <w:lang w:val="en-US"/>
              </w:rPr>
              <w:t>12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74" w:line="163" w:lineRule="exact"/>
              <w:ind w:left="75" w:right="7"/>
              <w:rPr>
                <w:sz w:val="15"/>
                <w:szCs w:val="15"/>
                <w:lang w:val="en-US"/>
              </w:rPr>
            </w:pPr>
            <w:r>
              <w:rPr>
                <w:w w:val="104"/>
                <w:sz w:val="15"/>
                <w:szCs w:val="15"/>
                <w:lang w:val="en-US"/>
              </w:rPr>
              <w:t>0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74" w:line="163" w:lineRule="exact"/>
              <w:ind w:left="75" w:right="7"/>
              <w:rPr>
                <w:sz w:val="15"/>
                <w:szCs w:val="15"/>
                <w:lang w:val="en-US"/>
              </w:rPr>
            </w:pPr>
            <w:r>
              <w:rPr>
                <w:w w:val="104"/>
                <w:sz w:val="15"/>
                <w:szCs w:val="15"/>
                <w:lang w:val="en-US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 w:rsidP="00AC3605">
            <w:pPr>
              <w:pStyle w:val="TableParagraph"/>
              <w:spacing w:before="74" w:line="163" w:lineRule="exact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92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74" w:line="163" w:lineRule="exact"/>
              <w:ind w:left="74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spacing w:val="-1"/>
                <w:w w:val="105"/>
                <w:sz w:val="15"/>
                <w:szCs w:val="15"/>
                <w:lang w:val="en-US"/>
              </w:rPr>
              <w:t>Называть</w:t>
            </w:r>
            <w:proofErr w:type="spellEnd"/>
            <w:r>
              <w:rPr>
                <w:spacing w:val="-9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  <w:lang w:val="en-US"/>
              </w:rPr>
              <w:t>части</w:t>
            </w:r>
            <w:proofErr w:type="spellEnd"/>
            <w:r>
              <w:rPr>
                <w:spacing w:val="-8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  <w:lang w:val="en-US"/>
              </w:rPr>
              <w:t>гидросферы</w:t>
            </w:r>
            <w:proofErr w:type="spellEnd"/>
            <w:r>
              <w:rPr>
                <w:w w:val="105"/>
                <w:sz w:val="15"/>
                <w:szCs w:val="15"/>
                <w:lang w:val="en-US"/>
              </w:rPr>
              <w:t>;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74" w:line="163" w:lineRule="exact"/>
              <w:ind w:left="73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w w:val="105"/>
                <w:sz w:val="15"/>
                <w:szCs w:val="15"/>
                <w:lang w:val="en-US"/>
              </w:rPr>
              <w:t>Письменный</w:t>
            </w:r>
            <w:proofErr w:type="spellEnd"/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2E6112">
            <w:pPr>
              <w:pStyle w:val="TableParagraph"/>
              <w:spacing w:before="74" w:line="163" w:lineRule="exact"/>
              <w:ind w:left="73" w:right="7"/>
              <w:rPr>
                <w:sz w:val="15"/>
                <w:szCs w:val="15"/>
                <w:lang w:val="en-US"/>
              </w:rPr>
            </w:pPr>
            <w:hyperlink r:id="rId7" w:history="1">
              <w:r w:rsidR="00EE5553">
                <w:rPr>
                  <w:rStyle w:val="aff8"/>
                  <w:w w:val="105"/>
                  <w:sz w:val="15"/>
                  <w:szCs w:val="15"/>
                  <w:lang w:val="en-US"/>
                </w:rPr>
                <w:t>https://resh.edu.ru/subject/lesson/7184/main/251795/</w:t>
              </w:r>
            </w:hyperlink>
            <w:r w:rsidR="00EE5553">
              <w:rPr>
                <w:w w:val="105"/>
                <w:sz w:val="15"/>
                <w:szCs w:val="15"/>
                <w:lang w:val="en-US"/>
              </w:rPr>
              <w:t xml:space="preserve"> </w:t>
            </w:r>
          </w:p>
        </w:tc>
      </w:tr>
      <w:tr w:rsidR="00EE5553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8" w:line="163" w:lineRule="exact"/>
              <w:ind w:left="76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w w:val="105"/>
                <w:sz w:val="15"/>
                <w:szCs w:val="15"/>
                <w:lang w:val="en-US"/>
              </w:rPr>
              <w:t>водная</w:t>
            </w:r>
            <w:proofErr w:type="spellEnd"/>
            <w:r>
              <w:rPr>
                <w:spacing w:val="-9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  <w:lang w:val="en-US"/>
              </w:rPr>
              <w:t>оболочка</w:t>
            </w:r>
            <w:proofErr w:type="spellEnd"/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8" w:line="163" w:lineRule="exact"/>
              <w:ind w:left="51" w:right="7"/>
              <w:jc w:val="center"/>
              <w:rPr>
                <w:sz w:val="15"/>
                <w:szCs w:val="15"/>
                <w:lang w:val="en-US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Описывать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круговорот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воды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природе;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8" w:line="163" w:lineRule="exact"/>
              <w:ind w:left="73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w w:val="105"/>
                <w:sz w:val="15"/>
                <w:szCs w:val="15"/>
                <w:lang w:val="en-US"/>
              </w:rPr>
              <w:t>контроль</w:t>
            </w:r>
            <w:proofErr w:type="spellEnd"/>
            <w:r>
              <w:rPr>
                <w:w w:val="105"/>
                <w:sz w:val="15"/>
                <w:szCs w:val="15"/>
                <w:lang w:val="en-US"/>
              </w:rPr>
              <w:t>;</w:t>
            </w: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2E6112">
            <w:pPr>
              <w:pStyle w:val="TableParagraph"/>
              <w:spacing w:before="8" w:line="163" w:lineRule="exact"/>
              <w:ind w:left="73" w:right="7"/>
              <w:rPr>
                <w:sz w:val="15"/>
                <w:szCs w:val="15"/>
                <w:lang w:val="en-US"/>
              </w:rPr>
            </w:pPr>
            <w:hyperlink r:id="rId8" w:history="1">
              <w:r w:rsidR="00EE5553">
                <w:rPr>
                  <w:rStyle w:val="aff8"/>
                  <w:w w:val="105"/>
                  <w:sz w:val="15"/>
                  <w:szCs w:val="15"/>
                  <w:lang w:val="en-US"/>
                </w:rPr>
                <w:t>https://resh.edu.ru/subject/lesson/7183/main/251764/</w:t>
              </w:r>
            </w:hyperlink>
            <w:r w:rsidR="00EE5553">
              <w:rPr>
                <w:w w:val="105"/>
                <w:sz w:val="15"/>
                <w:szCs w:val="15"/>
                <w:lang w:val="en-US"/>
              </w:rPr>
              <w:t xml:space="preserve"> </w:t>
            </w:r>
          </w:p>
        </w:tc>
      </w:tr>
      <w:tr w:rsidR="00EE5553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8" w:line="163" w:lineRule="exact"/>
              <w:ind w:left="76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w w:val="105"/>
                <w:sz w:val="15"/>
                <w:szCs w:val="15"/>
                <w:lang w:val="en-US"/>
              </w:rPr>
              <w:t>Земли</w:t>
            </w:r>
            <w:proofErr w:type="spellEnd"/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C3605" w:rsidRPr="00AC3605" w:rsidRDefault="00AC3605">
            <w:pPr>
              <w:pStyle w:val="TableParagraph"/>
              <w:ind w:right="7"/>
              <w:rPr>
                <w:sz w:val="15"/>
                <w:szCs w:val="15"/>
              </w:rPr>
            </w:pPr>
            <w:r w:rsidRPr="00AC3605">
              <w:rPr>
                <w:sz w:val="15"/>
                <w:szCs w:val="15"/>
                <w:lang w:val="en-US"/>
              </w:rPr>
              <w:t>02.09.2022</w:t>
            </w:r>
            <w:r>
              <w:rPr>
                <w:sz w:val="15"/>
                <w:szCs w:val="15"/>
              </w:rPr>
              <w:t>-</w:t>
            </w: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Называть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источник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энергии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круговорота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воды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природе;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8" w:line="163" w:lineRule="exact"/>
              <w:ind w:left="73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w w:val="105"/>
                <w:sz w:val="15"/>
                <w:szCs w:val="15"/>
                <w:lang w:val="en-US"/>
              </w:rPr>
              <w:t>Устный</w:t>
            </w:r>
            <w:proofErr w:type="spellEnd"/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2E6112">
            <w:pPr>
              <w:pStyle w:val="TableParagraph"/>
              <w:spacing w:before="8" w:line="163" w:lineRule="exact"/>
              <w:ind w:left="73" w:right="7"/>
              <w:rPr>
                <w:sz w:val="15"/>
                <w:szCs w:val="15"/>
                <w:lang w:val="en-US"/>
              </w:rPr>
            </w:pPr>
            <w:hyperlink r:id="rId9" w:history="1">
              <w:r w:rsidR="00EE5553">
                <w:rPr>
                  <w:rStyle w:val="aff8"/>
                  <w:w w:val="105"/>
                  <w:sz w:val="15"/>
                  <w:szCs w:val="15"/>
                  <w:lang w:val="en-US"/>
                </w:rPr>
                <w:t>https://resh.edu.ru/subject/lesson/7185/main/252200/</w:t>
              </w:r>
            </w:hyperlink>
            <w:r w:rsidR="00EE5553">
              <w:rPr>
                <w:w w:val="105"/>
                <w:sz w:val="15"/>
                <w:szCs w:val="15"/>
                <w:lang w:val="en-US"/>
              </w:rPr>
              <w:t xml:space="preserve"> </w:t>
            </w:r>
          </w:p>
        </w:tc>
      </w:tr>
      <w:tr w:rsidR="00EE5553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AC3605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  <w:r w:rsidRPr="00AC3605">
              <w:rPr>
                <w:sz w:val="15"/>
                <w:szCs w:val="15"/>
                <w:lang w:val="en-US"/>
              </w:rPr>
              <w:t>28.10.2022</w:t>
            </w: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Описывать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по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физической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карте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полушарий,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физической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карте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России,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карте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8" w:line="163" w:lineRule="exact"/>
              <w:ind w:left="73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w w:val="105"/>
                <w:sz w:val="15"/>
                <w:szCs w:val="15"/>
                <w:lang w:val="en-US"/>
              </w:rPr>
              <w:t>опрос</w:t>
            </w:r>
            <w:proofErr w:type="spellEnd"/>
            <w:r>
              <w:rPr>
                <w:w w:val="105"/>
                <w:sz w:val="15"/>
                <w:szCs w:val="15"/>
                <w:lang w:val="en-US"/>
              </w:rPr>
              <w:t>;</w:t>
            </w: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2E6112">
            <w:pPr>
              <w:pStyle w:val="TableParagraph"/>
              <w:spacing w:before="8" w:line="163" w:lineRule="exact"/>
              <w:ind w:left="73" w:right="7"/>
              <w:rPr>
                <w:sz w:val="15"/>
                <w:szCs w:val="15"/>
                <w:lang w:val="en-US"/>
              </w:rPr>
            </w:pPr>
            <w:hyperlink r:id="rId10" w:history="1">
              <w:r w:rsidR="00EE5553">
                <w:rPr>
                  <w:rStyle w:val="aff8"/>
                  <w:w w:val="105"/>
                  <w:sz w:val="15"/>
                  <w:szCs w:val="15"/>
                  <w:lang w:val="en-US"/>
                </w:rPr>
                <w:t>https://resh.edu.ru/subject/lesson/1662/main/</w:t>
              </w:r>
            </w:hyperlink>
            <w:r w:rsidR="00EE5553">
              <w:rPr>
                <w:w w:val="105"/>
                <w:sz w:val="15"/>
                <w:szCs w:val="15"/>
                <w:lang w:val="en-US"/>
              </w:rPr>
              <w:t xml:space="preserve"> </w:t>
            </w:r>
          </w:p>
        </w:tc>
      </w:tr>
      <w:tr w:rsidR="00EE5553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right="7"/>
              <w:rPr>
                <w:sz w:val="15"/>
                <w:szCs w:val="15"/>
              </w:rPr>
            </w:pPr>
            <w:r>
              <w:rPr>
                <w:spacing w:val="-1"/>
                <w:w w:val="105"/>
                <w:sz w:val="15"/>
                <w:szCs w:val="15"/>
                <w:lang w:val="en-US"/>
              </w:rPr>
              <w:t xml:space="preserve">  </w:t>
            </w:r>
            <w:r w:rsidRPr="00EE5553">
              <w:rPr>
                <w:spacing w:val="-1"/>
                <w:w w:val="105"/>
                <w:sz w:val="15"/>
                <w:szCs w:val="15"/>
              </w:rPr>
              <w:t>океанов,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глобусу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местоположение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изученных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географических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объектов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для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8" w:line="163" w:lineRule="exact"/>
              <w:ind w:left="73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w w:val="105"/>
                <w:sz w:val="15"/>
                <w:szCs w:val="15"/>
                <w:lang w:val="en-US"/>
              </w:rPr>
              <w:t>Практическая</w:t>
            </w:r>
            <w:proofErr w:type="spellEnd"/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2E6112">
            <w:pPr>
              <w:pStyle w:val="TableParagraph"/>
              <w:spacing w:before="8" w:line="163" w:lineRule="exact"/>
              <w:ind w:left="73" w:right="7"/>
              <w:rPr>
                <w:sz w:val="15"/>
                <w:szCs w:val="15"/>
                <w:lang w:val="en-US"/>
              </w:rPr>
            </w:pPr>
            <w:hyperlink r:id="rId11" w:history="1">
              <w:r w:rsidR="00EE5553">
                <w:rPr>
                  <w:rStyle w:val="aff8"/>
                  <w:w w:val="105"/>
                  <w:sz w:val="15"/>
                  <w:szCs w:val="15"/>
                  <w:lang w:val="en-US"/>
                </w:rPr>
                <w:t>https://resh.edu.ru/subject/lesson/7186/main/251826/</w:t>
              </w:r>
            </w:hyperlink>
            <w:r w:rsidR="00EE5553">
              <w:rPr>
                <w:w w:val="105"/>
                <w:sz w:val="15"/>
                <w:szCs w:val="15"/>
                <w:lang w:val="en-US"/>
              </w:rPr>
              <w:t xml:space="preserve"> </w:t>
            </w:r>
          </w:p>
        </w:tc>
      </w:tr>
      <w:tr w:rsidR="00EE5553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решения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учебных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(или)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практико-ориентированных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задач;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8" w:line="163" w:lineRule="exact"/>
              <w:ind w:left="73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w w:val="105"/>
                <w:sz w:val="15"/>
                <w:szCs w:val="15"/>
                <w:lang w:val="en-US"/>
              </w:rPr>
              <w:t>работа</w:t>
            </w:r>
            <w:proofErr w:type="spellEnd"/>
            <w:r>
              <w:rPr>
                <w:w w:val="105"/>
                <w:sz w:val="15"/>
                <w:szCs w:val="15"/>
                <w:lang w:val="en-US"/>
              </w:rPr>
              <w:t>;</w:t>
            </w: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2E6112">
            <w:pPr>
              <w:pStyle w:val="TableParagraph"/>
              <w:spacing w:before="8" w:line="163" w:lineRule="exact"/>
              <w:ind w:left="73" w:right="7"/>
              <w:rPr>
                <w:sz w:val="15"/>
                <w:szCs w:val="15"/>
                <w:lang w:val="en-US"/>
              </w:rPr>
            </w:pPr>
            <w:hyperlink r:id="rId12" w:history="1">
              <w:r w:rsidR="00EE5553">
                <w:rPr>
                  <w:rStyle w:val="aff8"/>
                  <w:w w:val="105"/>
                  <w:sz w:val="15"/>
                  <w:szCs w:val="15"/>
                  <w:lang w:val="en-US"/>
                </w:rPr>
                <w:t>https://resh.edu.ru/subject/lesson/7187/main/252169/</w:t>
              </w:r>
            </w:hyperlink>
            <w:r w:rsidR="00EE5553">
              <w:rPr>
                <w:w w:val="105"/>
                <w:sz w:val="15"/>
                <w:szCs w:val="15"/>
                <w:lang w:val="en-US"/>
              </w:rPr>
              <w:t xml:space="preserve"> </w:t>
            </w:r>
          </w:p>
        </w:tc>
      </w:tr>
      <w:tr w:rsidR="00EE5553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Определять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картам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различать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свойства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вод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отдельных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частей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Мирового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8" w:line="163" w:lineRule="exact"/>
              <w:ind w:left="73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w w:val="105"/>
                <w:sz w:val="15"/>
                <w:szCs w:val="15"/>
                <w:lang w:val="en-US"/>
              </w:rPr>
              <w:t>Тестирование</w:t>
            </w:r>
            <w:proofErr w:type="spellEnd"/>
            <w:r>
              <w:rPr>
                <w:w w:val="105"/>
                <w:sz w:val="15"/>
                <w:szCs w:val="15"/>
                <w:lang w:val="en-US"/>
              </w:rPr>
              <w:t>;</w:t>
            </w: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2E6112">
            <w:pPr>
              <w:pStyle w:val="TableParagraph"/>
              <w:spacing w:before="8" w:line="163" w:lineRule="exact"/>
              <w:ind w:left="73" w:right="7"/>
              <w:rPr>
                <w:sz w:val="15"/>
                <w:szCs w:val="15"/>
                <w:lang w:val="en-US"/>
              </w:rPr>
            </w:pPr>
            <w:hyperlink r:id="rId13" w:history="1">
              <w:r w:rsidR="00EE5553">
                <w:rPr>
                  <w:rStyle w:val="aff8"/>
                  <w:w w:val="105"/>
                  <w:sz w:val="15"/>
                  <w:szCs w:val="15"/>
                  <w:lang w:val="en-US"/>
                </w:rPr>
                <w:t>https://resh.edu.ru/subject/lesson/7188/main/252138/</w:t>
              </w:r>
            </w:hyperlink>
            <w:r w:rsidR="00EE5553">
              <w:rPr>
                <w:w w:val="105"/>
                <w:sz w:val="15"/>
                <w:szCs w:val="15"/>
                <w:lang w:val="en-US"/>
              </w:rPr>
              <w:t xml:space="preserve"> </w:t>
            </w:r>
          </w:p>
        </w:tc>
      </w:tr>
      <w:tr w:rsidR="00EE5553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w w:val="105"/>
                <w:sz w:val="15"/>
                <w:szCs w:val="15"/>
                <w:lang w:val="en-US"/>
              </w:rPr>
              <w:t>океана</w:t>
            </w:r>
            <w:proofErr w:type="spellEnd"/>
            <w:r>
              <w:rPr>
                <w:w w:val="105"/>
                <w:sz w:val="15"/>
                <w:szCs w:val="15"/>
                <w:lang w:val="en-US"/>
              </w:rPr>
              <w:t>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Применять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понятия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«гидросфера»,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«круговорот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воды»,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«цунами»,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«приливы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отливы»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для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решения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учебных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(или)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практико-ориентированных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задач;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Определять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по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картам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направления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тёплых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холодных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океанических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течений;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Приводить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примеры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стихийных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явлений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Мировом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океане;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Называть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причины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цунами,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приливов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отливов;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Описывать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положение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на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карте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главных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океанических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течений,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глубоководных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желобов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впадин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Мирового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океана,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крупных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островов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полуостровов;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Применять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понятия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«река»,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«речная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система»,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«речной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бассейн»,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«водораздел»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для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объяснения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особенностей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питания,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режима,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характера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течения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рек;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Различать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понятия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«питание»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«режим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реки»;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Классифицировать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объекты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гидросферы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(моря,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озёра,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реки,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подземные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воды,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болота,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ледники)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заданным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признакам;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Выявлять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на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основе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представленной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информации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причинно-следственные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связи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между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питанием,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режимом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реки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климатом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территории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речного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бассейна;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Сравнивать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реки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по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заданным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признакам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(при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выполнении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практической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w w:val="105"/>
                <w:sz w:val="15"/>
                <w:szCs w:val="15"/>
                <w:lang w:val="en-US"/>
              </w:rPr>
              <w:t>работы</w:t>
            </w:r>
            <w:proofErr w:type="spellEnd"/>
            <w:r>
              <w:rPr>
                <w:spacing w:val="-5"/>
                <w:w w:val="105"/>
                <w:sz w:val="15"/>
                <w:szCs w:val="15"/>
                <w:lang w:val="en-US"/>
              </w:rPr>
              <w:t xml:space="preserve"> </w:t>
            </w:r>
            <w:r>
              <w:rPr>
                <w:w w:val="105"/>
                <w:sz w:val="15"/>
                <w:szCs w:val="15"/>
                <w:lang w:val="en-US"/>
              </w:rPr>
              <w:t>№</w:t>
            </w:r>
            <w:r>
              <w:rPr>
                <w:spacing w:val="-4"/>
                <w:w w:val="105"/>
                <w:sz w:val="15"/>
                <w:szCs w:val="15"/>
                <w:lang w:val="en-US"/>
              </w:rPr>
              <w:t xml:space="preserve"> </w:t>
            </w:r>
            <w:r>
              <w:rPr>
                <w:w w:val="105"/>
                <w:sz w:val="15"/>
                <w:szCs w:val="15"/>
                <w:lang w:val="en-US"/>
              </w:rPr>
              <w:t>1);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Давать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географическую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характеристику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одного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из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крупнейших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озёр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России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оформлять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виде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презентации</w:t>
            </w:r>
            <w:r w:rsidRPr="00EE5553">
              <w:rPr>
                <w:spacing w:val="-4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(при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выполнении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групповой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форме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w w:val="105"/>
                <w:sz w:val="15"/>
                <w:szCs w:val="15"/>
                <w:lang w:val="en-US"/>
              </w:rPr>
              <w:t>практической</w:t>
            </w:r>
            <w:proofErr w:type="spellEnd"/>
            <w:r>
              <w:rPr>
                <w:spacing w:val="-8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  <w:lang w:val="en-US"/>
              </w:rPr>
              <w:t>работы</w:t>
            </w:r>
            <w:proofErr w:type="spellEnd"/>
            <w:r>
              <w:rPr>
                <w:spacing w:val="-7"/>
                <w:w w:val="105"/>
                <w:sz w:val="15"/>
                <w:szCs w:val="15"/>
                <w:lang w:val="en-US"/>
              </w:rPr>
              <w:t xml:space="preserve"> </w:t>
            </w:r>
            <w:r>
              <w:rPr>
                <w:w w:val="105"/>
                <w:sz w:val="15"/>
                <w:szCs w:val="15"/>
                <w:lang w:val="en-US"/>
              </w:rPr>
              <w:t>№</w:t>
            </w:r>
            <w:r>
              <w:rPr>
                <w:spacing w:val="-8"/>
                <w:w w:val="105"/>
                <w:sz w:val="15"/>
                <w:szCs w:val="15"/>
                <w:lang w:val="en-US"/>
              </w:rPr>
              <w:t xml:space="preserve"> </w:t>
            </w:r>
            <w:r>
              <w:rPr>
                <w:w w:val="105"/>
                <w:sz w:val="15"/>
                <w:szCs w:val="15"/>
                <w:lang w:val="en-US"/>
              </w:rPr>
              <w:t>2);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Приводить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примеры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районов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распространения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многолетней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мерзлоты;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Сравнивать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инструментарий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(способы)</w:t>
            </w:r>
            <w:r w:rsidRPr="00EE5553">
              <w:rPr>
                <w:spacing w:val="-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получения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географической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информации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о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глубине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Мирового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океана,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направлении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океанических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течений,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</w:t>
            </w:r>
            <w:r w:rsidRPr="00EE5553">
              <w:rPr>
                <w:spacing w:val="-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ледниках</w:t>
            </w:r>
            <w:r w:rsidRPr="00EE5553">
              <w:rPr>
                <w:spacing w:val="-5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многолетней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мерзлоте</w:t>
            </w:r>
            <w:r w:rsidRPr="00EE5553">
              <w:rPr>
                <w:spacing w:val="-4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на</w:t>
            </w:r>
            <w:r w:rsidRPr="00EE5553">
              <w:rPr>
                <w:spacing w:val="-5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разных</w:t>
            </w:r>
            <w:r w:rsidRPr="00EE5553">
              <w:rPr>
                <w:spacing w:val="-4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этапах</w:t>
            </w:r>
            <w:r w:rsidRPr="00EE5553">
              <w:rPr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географического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изучения</w:t>
            </w:r>
            <w:r w:rsidRPr="00EE5553">
              <w:rPr>
                <w:spacing w:val="-4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Земли;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Приводить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примеры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изменений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гидросфере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результате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деятельности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человека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примере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мира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России;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Приводить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примеры</w:t>
            </w:r>
            <w:r w:rsidRPr="00EE5553">
              <w:rPr>
                <w:spacing w:val="-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использования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человеком</w:t>
            </w:r>
            <w:r w:rsidRPr="00EE5553">
              <w:rPr>
                <w:spacing w:val="-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воды;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Различать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понятия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«грунтовые,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межпластовые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артезианские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воды»;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spacing w:val="-1"/>
                <w:w w:val="105"/>
                <w:sz w:val="15"/>
                <w:szCs w:val="15"/>
                <w:lang w:val="en-US"/>
              </w:rPr>
              <w:t>Объяснять</w:t>
            </w:r>
            <w:proofErr w:type="spellEnd"/>
            <w:r>
              <w:rPr>
                <w:spacing w:val="-7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  <w:szCs w:val="15"/>
                <w:lang w:val="en-US"/>
              </w:rPr>
              <w:t>образование</w:t>
            </w:r>
            <w:proofErr w:type="spellEnd"/>
            <w:r>
              <w:rPr>
                <w:spacing w:val="-7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  <w:lang w:val="en-US"/>
              </w:rPr>
              <w:t>подземных</w:t>
            </w:r>
            <w:proofErr w:type="spellEnd"/>
            <w:r>
              <w:rPr>
                <w:spacing w:val="-7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  <w:lang w:val="en-US"/>
              </w:rPr>
              <w:t>вод</w:t>
            </w:r>
            <w:proofErr w:type="spellEnd"/>
            <w:r>
              <w:rPr>
                <w:w w:val="105"/>
                <w:sz w:val="15"/>
                <w:szCs w:val="15"/>
                <w:lang w:val="en-US"/>
              </w:rPr>
              <w:t>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Различать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грунтовые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межпластовые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воды,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водопроницаемые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водоупорные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w w:val="105"/>
                <w:sz w:val="15"/>
                <w:szCs w:val="15"/>
                <w:lang w:val="en-US"/>
              </w:rPr>
              <w:t>породы</w:t>
            </w:r>
            <w:proofErr w:type="spellEnd"/>
            <w:r>
              <w:rPr>
                <w:w w:val="105"/>
                <w:sz w:val="15"/>
                <w:szCs w:val="15"/>
                <w:lang w:val="en-US"/>
              </w:rPr>
              <w:t>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</w:tr>
      <w:tr w:rsidR="00EE5553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spacing w:val="-1"/>
                <w:w w:val="105"/>
                <w:sz w:val="15"/>
                <w:szCs w:val="15"/>
                <w:lang w:val="en-US"/>
              </w:rPr>
              <w:t>Объяснять</w:t>
            </w:r>
            <w:proofErr w:type="spellEnd"/>
            <w:r>
              <w:rPr>
                <w:spacing w:val="-7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  <w:szCs w:val="15"/>
                <w:lang w:val="en-US"/>
              </w:rPr>
              <w:t>образование</w:t>
            </w:r>
            <w:proofErr w:type="spellEnd"/>
            <w:r>
              <w:rPr>
                <w:spacing w:val="-7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  <w:lang w:val="en-US"/>
              </w:rPr>
              <w:t>подземных</w:t>
            </w:r>
            <w:proofErr w:type="spellEnd"/>
            <w:r>
              <w:rPr>
                <w:spacing w:val="-7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  <w:lang w:val="en-US"/>
              </w:rPr>
              <w:t>вод</w:t>
            </w:r>
            <w:proofErr w:type="spellEnd"/>
            <w:r>
              <w:rPr>
                <w:w w:val="105"/>
                <w:sz w:val="15"/>
                <w:szCs w:val="15"/>
                <w:lang w:val="en-US"/>
              </w:rPr>
              <w:t>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Сравнивать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чистоту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межпластовых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грунтовых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вод;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Выявлять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существенные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признаки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артезианских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вод;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Находить,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использовать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систематизировать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информацию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поверхностных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spacing w:val="-1"/>
                <w:w w:val="105"/>
                <w:sz w:val="15"/>
                <w:szCs w:val="15"/>
                <w:lang w:val="en-US"/>
              </w:rPr>
              <w:t>водных</w:t>
            </w:r>
            <w:proofErr w:type="spellEnd"/>
            <w:r>
              <w:rPr>
                <w:spacing w:val="-9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  <w:lang w:val="en-US"/>
              </w:rPr>
              <w:t>объектах</w:t>
            </w:r>
            <w:proofErr w:type="spellEnd"/>
            <w:r>
              <w:rPr>
                <w:spacing w:val="-9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  <w:lang w:val="en-US"/>
              </w:rPr>
              <w:t>своей</w:t>
            </w:r>
            <w:proofErr w:type="spellEnd"/>
            <w:r>
              <w:rPr>
                <w:spacing w:val="-9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  <w:lang w:val="en-US"/>
              </w:rPr>
              <w:t>местности</w:t>
            </w:r>
            <w:proofErr w:type="spellEnd"/>
            <w:r>
              <w:rPr>
                <w:w w:val="105"/>
                <w:sz w:val="15"/>
                <w:szCs w:val="15"/>
                <w:lang w:val="en-US"/>
              </w:rPr>
              <w:t>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Самостоятельно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выбирать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оптимальную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форму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представления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географической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192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 w:line="163" w:lineRule="exact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информации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(при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выполнении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практической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работы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№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3);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328"/>
        </w:trPr>
        <w:tc>
          <w:tcPr>
            <w:tcW w:w="3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8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Формулировать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суждения,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выражать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свою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точку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зрения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проблеме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Tr="00EE5553">
        <w:trPr>
          <w:trHeight w:val="4278"/>
        </w:trPr>
        <w:tc>
          <w:tcPr>
            <w:tcW w:w="3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4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 xml:space="preserve">исчерпаемости </w:t>
            </w:r>
            <w:r w:rsidRPr="00EE5553">
              <w:rPr>
                <w:w w:val="105"/>
                <w:sz w:val="15"/>
                <w:szCs w:val="15"/>
              </w:rPr>
              <w:t>или неисчерпаемости ресурсов пресной воды на планете;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Планировать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организацию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совместной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работы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выполнении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учебного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проекта о повышении уровня Мирового океана в связи с глобальными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изменениями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климата;</w:t>
            </w:r>
          </w:p>
          <w:p w:rsidR="00EE5553" w:rsidRPr="00EE5553" w:rsidRDefault="00EE5553">
            <w:pPr>
              <w:pStyle w:val="TableParagraph"/>
              <w:spacing w:before="2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Объяснять причины достижения (</w:t>
            </w:r>
            <w:proofErr w:type="spellStart"/>
            <w:r w:rsidRPr="00EE5553">
              <w:rPr>
                <w:spacing w:val="-1"/>
                <w:w w:val="105"/>
                <w:sz w:val="15"/>
                <w:szCs w:val="15"/>
              </w:rPr>
              <w:t>недостижения</w:t>
            </w:r>
            <w:proofErr w:type="spellEnd"/>
            <w:r w:rsidRPr="00EE5553">
              <w:rPr>
                <w:spacing w:val="-1"/>
                <w:w w:val="105"/>
                <w:sz w:val="15"/>
                <w:szCs w:val="15"/>
              </w:rPr>
              <w:t xml:space="preserve">) результатов </w:t>
            </w:r>
            <w:r w:rsidRPr="00EE5553">
              <w:rPr>
                <w:w w:val="105"/>
                <w:sz w:val="15"/>
                <w:szCs w:val="15"/>
              </w:rPr>
              <w:t>деятельности,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давать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оценку</w:t>
            </w:r>
            <w:r w:rsidRPr="00EE5553">
              <w:rPr>
                <w:spacing w:val="-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приобретённому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опыту;</w:t>
            </w:r>
          </w:p>
          <w:p w:rsidR="00EE5553" w:rsidRPr="00EE5553" w:rsidRDefault="00EE5553">
            <w:pPr>
              <w:pStyle w:val="TableParagraph"/>
              <w:spacing w:before="2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 xml:space="preserve">Оценивать соответствие результата </w:t>
            </w:r>
            <w:r w:rsidRPr="00EE5553">
              <w:rPr>
                <w:w w:val="105"/>
                <w:sz w:val="15"/>
                <w:szCs w:val="15"/>
              </w:rPr>
              <w:t>цели;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ФГ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(ЕНГ):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Анализировать;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интерпретировать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данные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делать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соответствующие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выводы.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Вспомнить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применить</w:t>
            </w:r>
            <w:r w:rsidRPr="00EE5553">
              <w:rPr>
                <w:spacing w:val="-4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соответствующие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естественнонаучные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знания.;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ФГ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(ЧГ):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Выявлять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связь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между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прочитанным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современной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реальностью.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Находить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извлекать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несколько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единиц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информации;</w:t>
            </w:r>
          </w:p>
          <w:p w:rsidR="00EE5553" w:rsidRPr="00EE5553" w:rsidRDefault="00EE5553">
            <w:pPr>
              <w:pStyle w:val="TableParagraph"/>
              <w:spacing w:before="2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расположенных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в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разных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фрагментах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текста.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Понимать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смысловую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структуру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текста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(определять</w:t>
            </w:r>
            <w:r w:rsidRPr="00EE5553">
              <w:rPr>
                <w:spacing w:val="-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тему;</w:t>
            </w:r>
          </w:p>
          <w:p w:rsidR="00EE5553" w:rsidRPr="00EE5553" w:rsidRDefault="00EE5553">
            <w:pPr>
              <w:pStyle w:val="TableParagraph"/>
              <w:spacing w:before="1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главную</w:t>
            </w:r>
            <w:r w:rsidRPr="00EE5553">
              <w:rPr>
                <w:spacing w:val="-5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мысль/идею;</w:t>
            </w:r>
          </w:p>
          <w:p w:rsidR="00EE5553" w:rsidRPr="00EE5553" w:rsidRDefault="00EE5553">
            <w:pPr>
              <w:pStyle w:val="TableParagraph"/>
              <w:spacing w:before="19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назначение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текста).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Использовать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информацию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из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текста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для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решения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практической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задачи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(планирование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поездки;</w:t>
            </w:r>
          </w:p>
          <w:p w:rsidR="00EE5553" w:rsidRPr="00EE5553" w:rsidRDefault="00EE5553">
            <w:pPr>
              <w:pStyle w:val="TableParagraph"/>
              <w:spacing w:before="2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выбор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телефона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т.п.)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без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привлечения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фоновых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знаний.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Обнаруживать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противоречия;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содержащиеся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одном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или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нескольких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текстах.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Преобразовать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одну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форму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представления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данных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другую.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Отличать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аргументы;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которые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основаны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научных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доказательствах;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от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аргументов;</w:t>
            </w:r>
          </w:p>
          <w:p w:rsidR="00EE5553" w:rsidRPr="00EE5553" w:rsidRDefault="00EE5553">
            <w:pPr>
              <w:pStyle w:val="TableParagraph"/>
              <w:spacing w:before="2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основанных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на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других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соображениях.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Оценивать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научные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аргументы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доказательства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из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различных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источников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(например;</w:t>
            </w:r>
          </w:p>
          <w:p w:rsid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w w:val="105"/>
                <w:sz w:val="15"/>
                <w:szCs w:val="15"/>
                <w:lang w:val="en-US"/>
              </w:rPr>
              <w:t>газета</w:t>
            </w:r>
            <w:proofErr w:type="spellEnd"/>
            <w:r>
              <w:rPr>
                <w:w w:val="105"/>
                <w:sz w:val="15"/>
                <w:szCs w:val="15"/>
                <w:lang w:val="en-US"/>
              </w:rPr>
              <w:t>;</w:t>
            </w:r>
            <w:r>
              <w:rPr>
                <w:spacing w:val="1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  <w:lang w:val="en-US"/>
              </w:rPr>
              <w:t>интернет</w:t>
            </w:r>
            <w:proofErr w:type="spellEnd"/>
            <w:r>
              <w:rPr>
                <w:w w:val="105"/>
                <w:sz w:val="15"/>
                <w:szCs w:val="15"/>
                <w:lang w:val="en-US"/>
              </w:rPr>
              <w:t>;</w:t>
            </w:r>
            <w:r>
              <w:rPr>
                <w:spacing w:val="1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  <w:szCs w:val="15"/>
                <w:lang w:val="en-US"/>
              </w:rPr>
              <w:t>журналы</w:t>
            </w:r>
            <w:proofErr w:type="spellEnd"/>
            <w:r>
              <w:rPr>
                <w:spacing w:val="-1"/>
                <w:w w:val="105"/>
                <w:sz w:val="15"/>
                <w:szCs w:val="15"/>
                <w:lang w:val="en-US"/>
              </w:rPr>
              <w:t>).;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</w:tr>
      <w:tr w:rsidR="00EE5553" w:rsidRPr="002E6112" w:rsidTr="00EE5553">
        <w:trPr>
          <w:trHeight w:val="5293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74"/>
              <w:ind w:left="76" w:right="7"/>
              <w:rPr>
                <w:sz w:val="15"/>
                <w:szCs w:val="15"/>
                <w:lang w:val="en-US"/>
              </w:rPr>
            </w:pPr>
            <w:r>
              <w:rPr>
                <w:w w:val="105"/>
                <w:sz w:val="15"/>
                <w:szCs w:val="15"/>
                <w:lang w:val="en-US"/>
              </w:rPr>
              <w:lastRenderedPageBreak/>
              <w:t>1.2.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74" w:line="264" w:lineRule="auto"/>
              <w:ind w:left="76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spacing w:val="-2"/>
                <w:w w:val="105"/>
                <w:sz w:val="15"/>
                <w:szCs w:val="15"/>
                <w:lang w:val="en-US"/>
              </w:rPr>
              <w:t>Атмосфера</w:t>
            </w:r>
            <w:proofErr w:type="spellEnd"/>
            <w:r>
              <w:rPr>
                <w:spacing w:val="-2"/>
                <w:w w:val="105"/>
                <w:sz w:val="15"/>
                <w:szCs w:val="15"/>
                <w:lang w:val="en-US"/>
              </w:rPr>
              <w:t xml:space="preserve"> </w:t>
            </w:r>
            <w:r>
              <w:rPr>
                <w:spacing w:val="-1"/>
                <w:w w:val="105"/>
                <w:sz w:val="15"/>
                <w:szCs w:val="15"/>
                <w:lang w:val="en-US"/>
              </w:rPr>
              <w:t>—</w:t>
            </w:r>
            <w:r>
              <w:rPr>
                <w:spacing w:val="-37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  <w:lang w:val="en-US"/>
              </w:rPr>
              <w:t>воздушная</w:t>
            </w:r>
            <w:proofErr w:type="spellEnd"/>
            <w:r>
              <w:rPr>
                <w:spacing w:val="1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  <w:lang w:val="en-US"/>
              </w:rPr>
              <w:t>оболочка</w:t>
            </w:r>
            <w:proofErr w:type="spellEnd"/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74"/>
              <w:ind w:left="76" w:right="7"/>
              <w:rPr>
                <w:sz w:val="15"/>
                <w:szCs w:val="15"/>
                <w:lang w:val="en-US"/>
              </w:rPr>
            </w:pPr>
            <w:r>
              <w:rPr>
                <w:w w:val="105"/>
                <w:sz w:val="15"/>
                <w:szCs w:val="15"/>
                <w:lang w:val="en-US"/>
              </w:rPr>
              <w:t>12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74"/>
              <w:ind w:left="75" w:right="7"/>
              <w:rPr>
                <w:sz w:val="15"/>
                <w:szCs w:val="15"/>
                <w:lang w:val="en-US"/>
              </w:rPr>
            </w:pPr>
            <w:r>
              <w:rPr>
                <w:w w:val="104"/>
                <w:sz w:val="15"/>
                <w:szCs w:val="15"/>
                <w:lang w:val="en-US"/>
              </w:rPr>
              <w:t>0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74"/>
              <w:ind w:left="75" w:right="7"/>
              <w:rPr>
                <w:sz w:val="15"/>
                <w:szCs w:val="15"/>
                <w:lang w:val="en-US"/>
              </w:rPr>
            </w:pPr>
            <w:r>
              <w:rPr>
                <w:w w:val="104"/>
                <w:sz w:val="15"/>
                <w:szCs w:val="15"/>
                <w:lang w:val="en-US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AC3605" w:rsidRDefault="00AC3605">
            <w:pPr>
              <w:pStyle w:val="TableParagraph"/>
              <w:spacing w:before="74"/>
              <w:ind w:left="75" w:right="7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</w:rPr>
              <w:t>18.11</w:t>
            </w:r>
            <w:r w:rsidR="00EE5553" w:rsidRPr="00AC3605">
              <w:rPr>
                <w:w w:val="105"/>
                <w:sz w:val="15"/>
                <w:szCs w:val="15"/>
              </w:rPr>
              <w:t>.2022</w:t>
            </w:r>
          </w:p>
          <w:p w:rsidR="00EE5553" w:rsidRPr="00AC3605" w:rsidRDefault="00AC3605">
            <w:pPr>
              <w:pStyle w:val="TableParagraph"/>
              <w:spacing w:before="20"/>
              <w:ind w:left="75" w:right="7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</w:rPr>
              <w:t>0</w:t>
            </w:r>
            <w:r w:rsidR="00EE5553" w:rsidRPr="00AC3605">
              <w:rPr>
                <w:w w:val="105"/>
                <w:sz w:val="15"/>
                <w:szCs w:val="15"/>
              </w:rPr>
              <w:t>3</w:t>
            </w:r>
            <w:r>
              <w:rPr>
                <w:w w:val="105"/>
                <w:sz w:val="15"/>
                <w:szCs w:val="15"/>
              </w:rPr>
              <w:t>.02.</w:t>
            </w:r>
            <w:r w:rsidR="00EE5553" w:rsidRPr="00AC3605">
              <w:rPr>
                <w:w w:val="105"/>
                <w:sz w:val="15"/>
                <w:szCs w:val="15"/>
              </w:rPr>
              <w:t>.2023</w:t>
            </w:r>
          </w:p>
        </w:tc>
        <w:tc>
          <w:tcPr>
            <w:tcW w:w="592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74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описывать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строение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атмосферы;</w:t>
            </w:r>
          </w:p>
          <w:p w:rsidR="00EE5553" w:rsidRPr="00EE5553" w:rsidRDefault="00EE5553">
            <w:pPr>
              <w:pStyle w:val="TableParagraph"/>
              <w:spacing w:before="20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сравнивать свойства воздуха в разных частях атмосферы;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сравнивать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содержание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различных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газов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составе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воздуха;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сравнивать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свойства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воздуха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континентальных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морских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воздушных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массах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(температура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воздуха,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влажность,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запылённость);</w:t>
            </w:r>
          </w:p>
          <w:p w:rsidR="00EE5553" w:rsidRPr="00EE5553" w:rsidRDefault="00EE5553">
            <w:pPr>
              <w:pStyle w:val="TableParagraph"/>
              <w:spacing w:before="2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сравнивать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свойства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воздуха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континентальных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морских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воздушных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массах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(температура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воздуха,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влажность,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запылённость);</w:t>
            </w:r>
          </w:p>
          <w:p w:rsidR="00EE5553" w:rsidRPr="00EE5553" w:rsidRDefault="00EE5553">
            <w:pPr>
              <w:pStyle w:val="TableParagraph"/>
              <w:spacing w:before="1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применять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понятия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«атмосферное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давление»,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«ветер»,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«атмосферные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осадки»,</w:t>
            </w:r>
          </w:p>
          <w:p w:rsidR="00EE5553" w:rsidRPr="00EE5553" w:rsidRDefault="00EE5553">
            <w:pPr>
              <w:pStyle w:val="TableParagraph"/>
              <w:spacing w:before="19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«воздушные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массы»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для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решения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учебных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(или)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практико-ориентированных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задач;</w:t>
            </w:r>
          </w:p>
          <w:p w:rsidR="00EE5553" w:rsidRPr="00EE5553" w:rsidRDefault="00EE5553">
            <w:pPr>
              <w:pStyle w:val="TableParagraph"/>
              <w:spacing w:before="2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определять амплитуду температуры воздуха, тенденции изменений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 xml:space="preserve">температуры воздуха по статистическим </w:t>
            </w:r>
            <w:r w:rsidRPr="00EE5553">
              <w:rPr>
                <w:w w:val="105"/>
                <w:sz w:val="15"/>
                <w:szCs w:val="15"/>
              </w:rPr>
              <w:t>данным; устанавливать зависимость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нагревания земной поверхности от угла падения солнечных лучей в течение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суток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течение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года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примере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своей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местности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основе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представленных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данных;</w:t>
            </w:r>
          </w:p>
          <w:p w:rsidR="00EE5553" w:rsidRPr="00EE5553" w:rsidRDefault="00EE5553">
            <w:pPr>
              <w:pStyle w:val="TableParagraph"/>
              <w:spacing w:before="3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определять различие в температуре воздуха и атмосферном давлении на разной</w:t>
            </w:r>
            <w:r w:rsidRPr="00EE5553">
              <w:rPr>
                <w:spacing w:val="-3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высоте над уровнем моря при решении практико-ориентированных задач;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различать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виды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облаков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связанные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ними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типы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погоды;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проводить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измерения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основных элементов погоды с использованием аналоговых и (или) цифровых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приборов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(термометр,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барометр,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анемометр,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флюгер);</w:t>
            </w:r>
          </w:p>
          <w:p w:rsidR="00EE5553" w:rsidRPr="00EE5553" w:rsidRDefault="00EE5553">
            <w:pPr>
              <w:pStyle w:val="TableParagraph"/>
              <w:spacing w:before="3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различать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относительную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абсолютную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влажность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воздуха;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называть</w:t>
            </w:r>
            <w:r w:rsidRPr="00EE5553">
              <w:rPr>
                <w:spacing w:val="-4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причины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образования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облаков,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тумана;</w:t>
            </w:r>
          </w:p>
          <w:p w:rsidR="00EE5553" w:rsidRPr="00EE5553" w:rsidRDefault="00EE5553">
            <w:pPr>
              <w:pStyle w:val="TableParagraph"/>
              <w:spacing w:before="2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различать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виды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атмосферных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осадков;</w:t>
            </w:r>
          </w:p>
          <w:p w:rsidR="00EE5553" w:rsidRPr="00EE5553" w:rsidRDefault="00EE5553">
            <w:pPr>
              <w:pStyle w:val="TableParagraph"/>
              <w:spacing w:before="19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объяснять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направления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дневных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ночных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бризов,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муссонов;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различать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понятия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«погода»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«климат»,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«бриз»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«муссон»;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объяснять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годовой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ход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температуры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воздуха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разных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географических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широтах;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74" w:line="264" w:lineRule="auto"/>
              <w:ind w:left="73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Письменный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контроль;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Устный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опрос;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Практическая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работа;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Тестирование;</w:t>
            </w:r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EE5553" w:rsidRPr="00EE5553" w:rsidRDefault="002E6112">
            <w:pPr>
              <w:pStyle w:val="TableParagraph"/>
              <w:spacing w:before="74" w:line="264" w:lineRule="auto"/>
              <w:ind w:left="73" w:right="7"/>
              <w:rPr>
                <w:sz w:val="15"/>
                <w:szCs w:val="15"/>
              </w:rPr>
            </w:pPr>
            <w:hyperlink r:id="rId14" w:history="1"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https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://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resh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.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edu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.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ru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subject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lesson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/7189/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main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/251702/</w:t>
              </w:r>
            </w:hyperlink>
            <w:r w:rsidR="00EE5553" w:rsidRPr="00EE5553">
              <w:rPr>
                <w:spacing w:val="-1"/>
                <w:w w:val="105"/>
                <w:sz w:val="15"/>
                <w:szCs w:val="15"/>
              </w:rPr>
              <w:t xml:space="preserve"> </w:t>
            </w:r>
            <w:r w:rsidR="00EE5553"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hyperlink r:id="rId15" w:history="1"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https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://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resh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.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edu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.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ru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subject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lesson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/7190/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main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/271491/</w:t>
              </w:r>
            </w:hyperlink>
            <w:r w:rsidR="00EE5553" w:rsidRPr="00EE5553">
              <w:rPr>
                <w:spacing w:val="-1"/>
                <w:w w:val="105"/>
                <w:sz w:val="15"/>
                <w:szCs w:val="15"/>
              </w:rPr>
              <w:t xml:space="preserve"> </w:t>
            </w:r>
            <w:r w:rsidR="00EE5553" w:rsidRPr="00EE5553">
              <w:rPr>
                <w:spacing w:val="-37"/>
                <w:w w:val="105"/>
                <w:sz w:val="15"/>
                <w:szCs w:val="15"/>
              </w:rPr>
              <w:t xml:space="preserve">   </w:t>
            </w:r>
            <w:hyperlink r:id="rId16" w:history="1"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https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://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resh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.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edu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.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ru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subject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lesson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/7192/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start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/252039/</w:t>
              </w:r>
            </w:hyperlink>
            <w:r w:rsidR="00EE5553" w:rsidRPr="00EE5553">
              <w:rPr>
                <w:spacing w:val="-1"/>
                <w:w w:val="105"/>
                <w:sz w:val="15"/>
                <w:szCs w:val="15"/>
              </w:rPr>
              <w:t xml:space="preserve"> </w:t>
            </w:r>
            <w:r w:rsidR="00EE5553" w:rsidRPr="00EE5553">
              <w:rPr>
                <w:w w:val="105"/>
                <w:sz w:val="15"/>
                <w:szCs w:val="15"/>
              </w:rPr>
              <w:t xml:space="preserve">  </w:t>
            </w:r>
            <w:hyperlink r:id="rId17" w:history="1"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https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://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resh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.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edu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.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ru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subject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lesson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/7191/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start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/252071/</w:t>
              </w:r>
            </w:hyperlink>
            <w:r w:rsidR="00EE5553" w:rsidRPr="00EE5553">
              <w:rPr>
                <w:spacing w:val="-1"/>
                <w:w w:val="105"/>
                <w:sz w:val="15"/>
                <w:szCs w:val="15"/>
              </w:rPr>
              <w:t xml:space="preserve"> </w:t>
            </w:r>
            <w:r w:rsidR="00EE5553" w:rsidRPr="00EE5553">
              <w:rPr>
                <w:w w:val="105"/>
                <w:sz w:val="15"/>
                <w:szCs w:val="15"/>
              </w:rPr>
              <w:t xml:space="preserve">  </w:t>
            </w:r>
            <w:hyperlink r:id="rId18" w:history="1"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https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://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resh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.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edu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.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ru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subject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lesson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/7182/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start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/252008/</w:t>
              </w:r>
            </w:hyperlink>
            <w:r w:rsidR="00EE5553" w:rsidRPr="00EE5553">
              <w:rPr>
                <w:spacing w:val="-1"/>
                <w:w w:val="105"/>
                <w:sz w:val="15"/>
                <w:szCs w:val="15"/>
              </w:rPr>
              <w:t xml:space="preserve"> </w:t>
            </w:r>
            <w:r w:rsidR="00EE5553" w:rsidRPr="00EE5553">
              <w:rPr>
                <w:w w:val="105"/>
                <w:sz w:val="15"/>
                <w:szCs w:val="15"/>
              </w:rPr>
              <w:t xml:space="preserve">  </w:t>
            </w:r>
            <w:hyperlink r:id="rId19" w:history="1"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https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://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resh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.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edu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.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ru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subject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lesson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/7193/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start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/251977/</w:t>
              </w:r>
            </w:hyperlink>
            <w:r w:rsidR="00EE5553" w:rsidRPr="00EE5553">
              <w:rPr>
                <w:spacing w:val="-1"/>
                <w:w w:val="105"/>
                <w:sz w:val="15"/>
                <w:szCs w:val="15"/>
              </w:rPr>
              <w:t xml:space="preserve"> </w:t>
            </w:r>
          </w:p>
        </w:tc>
      </w:tr>
      <w:tr w:rsidR="00EE5553" w:rsidRPr="002E6112" w:rsidTr="00EE5553">
        <w:trPr>
          <w:trHeight w:val="7087"/>
        </w:trPr>
        <w:tc>
          <w:tcPr>
            <w:tcW w:w="3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592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4" w:line="264" w:lineRule="auto"/>
              <w:ind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объяснять влияние различных климатообразующих факторов на климат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отдельных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территорий;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зависимость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климата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от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географической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широты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высоты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местности</w:t>
            </w:r>
            <w:r w:rsidRPr="00EE5553">
              <w:rPr>
                <w:spacing w:val="-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над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уровнем</w:t>
            </w:r>
            <w:r w:rsidRPr="00EE5553">
              <w:rPr>
                <w:spacing w:val="-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моря;</w:t>
            </w:r>
          </w:p>
          <w:p w:rsidR="00EE5553" w:rsidRPr="00EE5553" w:rsidRDefault="00EE5553">
            <w:pPr>
              <w:pStyle w:val="TableParagraph"/>
              <w:spacing w:before="2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различать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климатические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пояса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Земли;</w:t>
            </w:r>
          </w:p>
          <w:p w:rsidR="00EE5553" w:rsidRPr="00EE5553" w:rsidRDefault="00EE5553">
            <w:pPr>
              <w:pStyle w:val="TableParagraph"/>
              <w:spacing w:before="19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приводить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примеры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стихийных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явлений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атмосфере;</w:t>
            </w:r>
          </w:p>
          <w:p w:rsidR="00EE5553" w:rsidRPr="00EE5553" w:rsidRDefault="00EE5553">
            <w:pPr>
              <w:pStyle w:val="TableParagraph"/>
              <w:spacing w:before="20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приводить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примеры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влияния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климата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жизнь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хозяйственную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деятельность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человека;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систематизировать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географическую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информацию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разных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формах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(при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выполнении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практической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работы</w:t>
            </w:r>
            <w:r w:rsidRPr="00EE5553">
              <w:rPr>
                <w:spacing w:val="-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№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1);</w:t>
            </w:r>
          </w:p>
          <w:p w:rsidR="00EE5553" w:rsidRPr="00EE5553" w:rsidRDefault="00EE5553">
            <w:pPr>
              <w:pStyle w:val="TableParagraph"/>
              <w:spacing w:before="2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устанавливать зависимость между температурой воздуха и его относительной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влажностью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основе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анализа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графиков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суточного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хода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температуры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воздуха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относительной влажности (при выполнении практической работы № 2);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использовать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географические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вопросы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для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изучения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глобальных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климатических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изменений;</w:t>
            </w:r>
            <w:r w:rsidRPr="00EE5553">
              <w:rPr>
                <w:spacing w:val="-4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оценивать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достоверность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имеющейся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информации;</w:t>
            </w:r>
          </w:p>
          <w:p w:rsidR="00EE5553" w:rsidRPr="00EE5553" w:rsidRDefault="00EE5553">
            <w:pPr>
              <w:pStyle w:val="TableParagraph"/>
              <w:spacing w:before="3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выбирать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и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анализировать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географическую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информацию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глобальных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климатических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изменениях;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находить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текстах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информацию,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характеризующую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погоду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климат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своей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местности;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планировать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организацию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совместной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работы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исследованию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глобальных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климатических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изменений;</w:t>
            </w:r>
          </w:p>
          <w:p w:rsidR="00EE5553" w:rsidRPr="00EE5553" w:rsidRDefault="00EE5553">
            <w:pPr>
              <w:pStyle w:val="TableParagraph"/>
              <w:spacing w:before="2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выражать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свою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точку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зрения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проблеме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глобальных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климатических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изменений;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pacing w:val="-36"/>
                <w:w w:val="105"/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сопоставлять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свои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суждения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суждениями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других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участников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диалога;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ФГ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(ЕНГ):</w:t>
            </w:r>
            <w:r w:rsidRPr="00EE5553">
              <w:rPr>
                <w:spacing w:val="-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Анализировать;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интерпретировать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данные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делать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соответствующие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выводы.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Вспомнить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применить</w:t>
            </w:r>
            <w:r w:rsidRPr="00EE5553">
              <w:rPr>
                <w:spacing w:val="-4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соответствующие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естественнонаучные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знания.;</w:t>
            </w:r>
          </w:p>
          <w:p w:rsidR="00EE5553" w:rsidRPr="00EE5553" w:rsidRDefault="00EE5553">
            <w:pPr>
              <w:pStyle w:val="TableParagraph"/>
              <w:spacing w:before="2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ФГ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(ЧГ):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Выявлять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связь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между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прочитанным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современной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реальностью.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Использовать информацию из текста для решения практической задачи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(планирование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поездки;</w:t>
            </w:r>
          </w:p>
          <w:p w:rsidR="00EE5553" w:rsidRPr="00EE5553" w:rsidRDefault="00EE5553">
            <w:pPr>
              <w:pStyle w:val="TableParagraph"/>
              <w:spacing w:before="2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выбор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телефона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т.п.)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без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привлечения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фоновых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знаний.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Обнаруживать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противоречия;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содержащиеся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одном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или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нескольких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текстах.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Преобразовать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одну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форму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представления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данных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другую.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Отличать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аргументы;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которые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основаны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научных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доказательствах;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от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аргументов;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основанных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на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других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соображениях.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Оценивать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научные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аргументы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доказательства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из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различных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источников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(например;</w:t>
            </w:r>
          </w:p>
          <w:p w:rsidR="00EE5553" w:rsidRPr="00EE5553" w:rsidRDefault="00EE5553">
            <w:pPr>
              <w:pStyle w:val="TableParagraph"/>
              <w:spacing w:before="2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газета;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интернет;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журналы). Находить и извлекать несколько единиц информации;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расположенных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в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разных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фрагментах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текста.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Понимать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смысловую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структуру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текста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(определять</w:t>
            </w:r>
            <w:r w:rsidRPr="00EE5553">
              <w:rPr>
                <w:spacing w:val="-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тему;</w:t>
            </w:r>
          </w:p>
          <w:p w:rsidR="00EE5553" w:rsidRPr="00EE5553" w:rsidRDefault="00EE5553">
            <w:pPr>
              <w:pStyle w:val="TableParagraph"/>
              <w:spacing w:before="2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главную мысль/идею;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назначение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текста).;</w:t>
            </w:r>
          </w:p>
        </w:tc>
        <w:tc>
          <w:tcPr>
            <w:tcW w:w="11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  <w:tc>
          <w:tcPr>
            <w:tcW w:w="37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553" w:rsidRPr="00EE5553" w:rsidRDefault="00EE5553">
            <w:pPr>
              <w:pStyle w:val="TableParagraph"/>
              <w:ind w:right="7"/>
              <w:rPr>
                <w:sz w:val="15"/>
                <w:szCs w:val="15"/>
              </w:rPr>
            </w:pPr>
          </w:p>
        </w:tc>
      </w:tr>
      <w:tr w:rsidR="00EE5553" w:rsidRPr="002E6112" w:rsidTr="00EE5553">
        <w:trPr>
          <w:trHeight w:val="5371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64"/>
              <w:ind w:left="76" w:right="7"/>
              <w:rPr>
                <w:sz w:val="15"/>
                <w:szCs w:val="15"/>
                <w:lang w:val="en-US"/>
              </w:rPr>
            </w:pPr>
            <w:r>
              <w:rPr>
                <w:w w:val="105"/>
                <w:sz w:val="15"/>
                <w:szCs w:val="15"/>
                <w:lang w:val="en-US"/>
              </w:rPr>
              <w:lastRenderedPageBreak/>
              <w:t>1.3.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64" w:line="264" w:lineRule="auto"/>
              <w:ind w:left="76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w w:val="105"/>
                <w:sz w:val="15"/>
                <w:szCs w:val="15"/>
                <w:lang w:val="en-US"/>
              </w:rPr>
              <w:t>Биосфера</w:t>
            </w:r>
            <w:proofErr w:type="spellEnd"/>
            <w:r>
              <w:rPr>
                <w:w w:val="105"/>
                <w:sz w:val="15"/>
                <w:szCs w:val="15"/>
                <w:lang w:val="en-US"/>
              </w:rPr>
              <w:t xml:space="preserve"> —</w:t>
            </w:r>
            <w:r>
              <w:rPr>
                <w:spacing w:val="1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  <w:szCs w:val="15"/>
                <w:lang w:val="en-US"/>
              </w:rPr>
              <w:t>оболочка</w:t>
            </w:r>
            <w:proofErr w:type="spellEnd"/>
            <w:r>
              <w:rPr>
                <w:spacing w:val="-9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  <w:lang w:val="en-US"/>
              </w:rPr>
              <w:t>жизни</w:t>
            </w:r>
            <w:proofErr w:type="spellEnd"/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64"/>
              <w:ind w:left="76" w:right="7"/>
              <w:rPr>
                <w:sz w:val="15"/>
                <w:szCs w:val="15"/>
                <w:lang w:val="en-US"/>
              </w:rPr>
            </w:pPr>
            <w:r>
              <w:rPr>
                <w:w w:val="104"/>
                <w:sz w:val="15"/>
                <w:szCs w:val="15"/>
                <w:lang w:val="en-US"/>
              </w:rPr>
              <w:t>5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64"/>
              <w:ind w:left="75" w:right="7"/>
              <w:rPr>
                <w:sz w:val="15"/>
                <w:szCs w:val="15"/>
                <w:lang w:val="en-US"/>
              </w:rPr>
            </w:pPr>
            <w:r>
              <w:rPr>
                <w:w w:val="104"/>
                <w:sz w:val="15"/>
                <w:szCs w:val="15"/>
                <w:lang w:val="en-US"/>
              </w:rPr>
              <w:t>0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64"/>
              <w:ind w:left="75" w:right="7"/>
              <w:rPr>
                <w:sz w:val="15"/>
                <w:szCs w:val="15"/>
                <w:lang w:val="en-US"/>
              </w:rPr>
            </w:pPr>
            <w:r>
              <w:rPr>
                <w:w w:val="104"/>
                <w:sz w:val="15"/>
                <w:szCs w:val="15"/>
                <w:lang w:val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AC3605">
            <w:pPr>
              <w:pStyle w:val="TableParagraph"/>
              <w:spacing w:before="64"/>
              <w:ind w:left="75" w:right="7"/>
              <w:rPr>
                <w:sz w:val="15"/>
                <w:szCs w:val="15"/>
                <w:lang w:val="en-US"/>
              </w:rPr>
            </w:pPr>
            <w:r>
              <w:rPr>
                <w:w w:val="105"/>
                <w:sz w:val="15"/>
                <w:szCs w:val="15"/>
                <w:lang w:val="en-US"/>
              </w:rPr>
              <w:t>10.02</w:t>
            </w:r>
            <w:r w:rsidR="00EE5553">
              <w:rPr>
                <w:w w:val="105"/>
                <w:sz w:val="15"/>
                <w:szCs w:val="15"/>
                <w:lang w:val="en-US"/>
              </w:rPr>
              <w:t>.2023</w:t>
            </w:r>
          </w:p>
          <w:p w:rsidR="00EE5553" w:rsidRDefault="00EE5553">
            <w:pPr>
              <w:pStyle w:val="TableParagraph"/>
              <w:spacing w:before="20"/>
              <w:ind w:left="75" w:right="7"/>
              <w:rPr>
                <w:sz w:val="15"/>
                <w:szCs w:val="15"/>
                <w:lang w:val="en-US"/>
              </w:rPr>
            </w:pPr>
            <w:r>
              <w:rPr>
                <w:w w:val="105"/>
                <w:sz w:val="15"/>
                <w:szCs w:val="15"/>
                <w:lang w:val="en-US"/>
              </w:rPr>
              <w:t>30.04.2023</w:t>
            </w:r>
          </w:p>
        </w:tc>
        <w:tc>
          <w:tcPr>
            <w:tcW w:w="59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64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характеризовать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существенные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признаки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биосферы;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называть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границы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биосферы;</w:t>
            </w:r>
          </w:p>
          <w:p w:rsidR="00EE5553" w:rsidRPr="00EE5553" w:rsidRDefault="00EE5553">
            <w:pPr>
              <w:pStyle w:val="TableParagraph"/>
              <w:spacing w:before="2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приводить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примеры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приспособления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живых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организмов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среде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обитания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разных природных зонах в Мировом океане с глубиной и географической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широтой;</w:t>
            </w:r>
          </w:p>
          <w:p w:rsidR="00EE5553" w:rsidRPr="00EE5553" w:rsidRDefault="00EE5553">
            <w:pPr>
              <w:pStyle w:val="TableParagraph"/>
              <w:spacing w:before="2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приводить примеры густо и малозаселённых территорий мира;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приводить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примеры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экологических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проблем,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связанных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биосферой;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 xml:space="preserve">самостоятельно выбирать оптимальную форму представления </w:t>
            </w:r>
            <w:r w:rsidRPr="00EE5553">
              <w:rPr>
                <w:w w:val="105"/>
                <w:sz w:val="15"/>
                <w:szCs w:val="15"/>
              </w:rPr>
              <w:t>географической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информации;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находить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систематизировать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информацию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состоянии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окружающей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среды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своей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местности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(при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выполнении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практической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работы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№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1);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 xml:space="preserve">использовать географические вопросы как исследовательский </w:t>
            </w:r>
            <w:r w:rsidRPr="00EE5553">
              <w:rPr>
                <w:w w:val="105"/>
                <w:sz w:val="15"/>
                <w:szCs w:val="15"/>
              </w:rPr>
              <w:t>инструмент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познания;</w:t>
            </w:r>
          </w:p>
          <w:p w:rsidR="00EE5553" w:rsidRPr="00EE5553" w:rsidRDefault="00EE5553">
            <w:pPr>
              <w:pStyle w:val="TableParagraph"/>
              <w:spacing w:before="2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составлять план учебного исследования по установлению причинно-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следственных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связей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изменения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животного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растительного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мира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океана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глубиной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географической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широтой;</w:t>
            </w:r>
          </w:p>
          <w:p w:rsidR="00EE5553" w:rsidRPr="00EE5553" w:rsidRDefault="00EE5553">
            <w:pPr>
              <w:pStyle w:val="TableParagraph"/>
              <w:spacing w:before="2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описывать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растительность,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устанавливать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связи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между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компонентами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природы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(при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выполнении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практической</w:t>
            </w:r>
            <w:r w:rsidRPr="00EE5553">
              <w:rPr>
                <w:spacing w:val="-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работы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№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1);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проводить наблюдения и фиксировать и систематизировать их результаты;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планировать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организацию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совместной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работы,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распределять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роли,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принимать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цель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совместной</w:t>
            </w:r>
            <w:r w:rsidRPr="00EE5553">
              <w:rPr>
                <w:spacing w:val="-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деятельности;</w:t>
            </w:r>
          </w:p>
          <w:p w:rsidR="00EE5553" w:rsidRPr="00EE5553" w:rsidRDefault="00EE5553">
            <w:pPr>
              <w:pStyle w:val="TableParagraph"/>
              <w:spacing w:before="2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ФГ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(ЕНГ):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Анализировать;</w:t>
            </w:r>
          </w:p>
          <w:p w:rsidR="00EE5553" w:rsidRPr="00EE5553" w:rsidRDefault="00EE5553">
            <w:pPr>
              <w:pStyle w:val="TableParagraph"/>
              <w:spacing w:before="20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интерпретировать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данные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делать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соответствующие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выводы.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Вспомнить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применить</w:t>
            </w:r>
            <w:r w:rsidRPr="00EE5553">
              <w:rPr>
                <w:spacing w:val="-4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соответствующие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естественнонаучные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знания.;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ФГ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(ЧГ):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Выявлять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связь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между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прочитанным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современной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реальностью.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Использовать информацию из текста для решения практической задачи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(планирование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поездки;</w:t>
            </w:r>
          </w:p>
          <w:p w:rsidR="00EE5553" w:rsidRPr="00EE5553" w:rsidRDefault="00EE5553">
            <w:pPr>
              <w:pStyle w:val="TableParagraph"/>
              <w:spacing w:before="2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выбор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телефона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т.п.)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без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привлечения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фоновых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знаний.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Обнаруживать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противоречия;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содержащиеся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одном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или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нескольких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текстах.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Преобразовать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одну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форму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представления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данных</w:t>
            </w:r>
            <w:r w:rsidRPr="00EE5553">
              <w:rPr>
                <w:spacing w:val="-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другую.;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64" w:line="264" w:lineRule="auto"/>
              <w:ind w:left="73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Устный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опрос;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Практическая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работа;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Тестирование;</w:t>
            </w:r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Pr="00EE5553" w:rsidRDefault="002E6112">
            <w:pPr>
              <w:pStyle w:val="TableParagraph"/>
              <w:spacing w:before="64" w:line="264" w:lineRule="auto"/>
              <w:ind w:left="73" w:right="7"/>
              <w:rPr>
                <w:sz w:val="15"/>
                <w:szCs w:val="15"/>
              </w:rPr>
            </w:pPr>
            <w:hyperlink r:id="rId20" w:history="1"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https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://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resh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.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edu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.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ru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subject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lesson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/7181/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main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/251733/</w:t>
              </w:r>
            </w:hyperlink>
            <w:r w:rsidR="00EE5553" w:rsidRPr="00EE5553">
              <w:rPr>
                <w:spacing w:val="-1"/>
                <w:w w:val="105"/>
                <w:sz w:val="15"/>
                <w:szCs w:val="15"/>
              </w:rPr>
              <w:t xml:space="preserve"> </w:t>
            </w:r>
            <w:r w:rsidR="00EE5553" w:rsidRPr="00EE5553">
              <w:rPr>
                <w:spacing w:val="-37"/>
                <w:w w:val="105"/>
                <w:sz w:val="15"/>
                <w:szCs w:val="15"/>
              </w:rPr>
              <w:t xml:space="preserve">   </w:t>
            </w:r>
            <w:hyperlink r:id="rId21" w:history="1"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https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://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resh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.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edu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.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ru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subject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lesson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/7179/</w:t>
              </w:r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main</w:t>
              </w:r>
              <w:r w:rsidR="00EE5553" w:rsidRPr="00EE5553">
                <w:rPr>
                  <w:rStyle w:val="aff8"/>
                  <w:spacing w:val="-1"/>
                  <w:w w:val="105"/>
                  <w:sz w:val="15"/>
                  <w:szCs w:val="15"/>
                </w:rPr>
                <w:t>/251919/</w:t>
              </w:r>
            </w:hyperlink>
            <w:r w:rsidR="00EE5553" w:rsidRPr="00EE5553">
              <w:rPr>
                <w:spacing w:val="-1"/>
                <w:w w:val="105"/>
                <w:sz w:val="15"/>
                <w:szCs w:val="15"/>
              </w:rPr>
              <w:t xml:space="preserve"> </w:t>
            </w:r>
          </w:p>
        </w:tc>
      </w:tr>
      <w:tr w:rsidR="00EE5553" w:rsidTr="00EE5553">
        <w:trPr>
          <w:trHeight w:val="333"/>
        </w:trPr>
        <w:tc>
          <w:tcPr>
            <w:tcW w:w="17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64"/>
              <w:ind w:left="76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w w:val="105"/>
                <w:sz w:val="15"/>
                <w:szCs w:val="15"/>
                <w:lang w:val="en-US"/>
              </w:rPr>
              <w:t>Итого</w:t>
            </w:r>
            <w:proofErr w:type="spellEnd"/>
            <w:r>
              <w:rPr>
                <w:spacing w:val="-7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  <w:lang w:val="en-US"/>
              </w:rPr>
              <w:t>по</w:t>
            </w:r>
            <w:proofErr w:type="spellEnd"/>
            <w:r>
              <w:rPr>
                <w:spacing w:val="-7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  <w:lang w:val="en-US"/>
              </w:rPr>
              <w:t>разделу</w:t>
            </w:r>
            <w:proofErr w:type="spellEnd"/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64"/>
              <w:ind w:left="76" w:right="7"/>
              <w:rPr>
                <w:sz w:val="15"/>
                <w:szCs w:val="15"/>
                <w:lang w:val="en-US"/>
              </w:rPr>
            </w:pPr>
            <w:r>
              <w:rPr>
                <w:w w:val="105"/>
                <w:sz w:val="15"/>
                <w:szCs w:val="15"/>
                <w:lang w:val="en-US"/>
              </w:rPr>
              <w:t>29</w:t>
            </w:r>
          </w:p>
        </w:tc>
        <w:tc>
          <w:tcPr>
            <w:tcW w:w="1348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</w:tr>
      <w:tr w:rsidR="00EE5553" w:rsidTr="00EE5553">
        <w:trPr>
          <w:trHeight w:val="333"/>
        </w:trPr>
        <w:tc>
          <w:tcPr>
            <w:tcW w:w="15763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64"/>
              <w:ind w:left="76" w:right="7"/>
              <w:rPr>
                <w:b/>
                <w:sz w:val="15"/>
                <w:szCs w:val="15"/>
                <w:lang w:val="en-US"/>
              </w:rPr>
            </w:pPr>
            <w:proofErr w:type="spellStart"/>
            <w:r>
              <w:rPr>
                <w:b/>
                <w:w w:val="105"/>
                <w:sz w:val="15"/>
                <w:szCs w:val="15"/>
                <w:lang w:val="en-US"/>
              </w:rPr>
              <w:t>Раздел</w:t>
            </w:r>
            <w:proofErr w:type="spellEnd"/>
            <w:r>
              <w:rPr>
                <w:b/>
                <w:spacing w:val="-9"/>
                <w:w w:val="105"/>
                <w:sz w:val="15"/>
                <w:szCs w:val="15"/>
                <w:lang w:val="en-US"/>
              </w:rPr>
              <w:t xml:space="preserve"> </w:t>
            </w:r>
            <w:r>
              <w:rPr>
                <w:b/>
                <w:w w:val="105"/>
                <w:sz w:val="15"/>
                <w:szCs w:val="15"/>
                <w:lang w:val="en-US"/>
              </w:rPr>
              <w:t>2.</w:t>
            </w:r>
            <w:r>
              <w:rPr>
                <w:b/>
                <w:spacing w:val="-8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  <w:szCs w:val="15"/>
                <w:lang w:val="en-US"/>
              </w:rPr>
              <w:t>Заключение</w:t>
            </w:r>
            <w:proofErr w:type="spellEnd"/>
          </w:p>
        </w:tc>
      </w:tr>
      <w:tr w:rsidR="00EE5553" w:rsidTr="00EE5553">
        <w:trPr>
          <w:trHeight w:val="494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64"/>
              <w:ind w:left="76" w:right="7"/>
              <w:rPr>
                <w:sz w:val="15"/>
                <w:szCs w:val="15"/>
                <w:lang w:val="en-US"/>
              </w:rPr>
            </w:pPr>
            <w:r>
              <w:rPr>
                <w:w w:val="105"/>
                <w:sz w:val="15"/>
                <w:szCs w:val="15"/>
                <w:lang w:val="en-US"/>
              </w:rPr>
              <w:lastRenderedPageBreak/>
              <w:t>1.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64" w:line="264" w:lineRule="auto"/>
              <w:ind w:left="76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w w:val="105"/>
                <w:sz w:val="15"/>
                <w:szCs w:val="15"/>
                <w:lang w:val="en-US"/>
              </w:rPr>
              <w:t>Природно</w:t>
            </w:r>
            <w:proofErr w:type="spellEnd"/>
            <w:r>
              <w:rPr>
                <w:w w:val="105"/>
                <w:sz w:val="15"/>
                <w:szCs w:val="15"/>
                <w:lang w:val="en-US"/>
              </w:rPr>
              <w:t>-</w:t>
            </w:r>
            <w:r>
              <w:rPr>
                <w:spacing w:val="1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  <w:szCs w:val="15"/>
                <w:lang w:val="en-US"/>
              </w:rPr>
              <w:t>территориальные</w:t>
            </w:r>
            <w:proofErr w:type="spellEnd"/>
            <w:r>
              <w:rPr>
                <w:spacing w:val="-37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  <w:lang w:val="en-US"/>
              </w:rPr>
              <w:t>комплексы</w:t>
            </w:r>
            <w:proofErr w:type="spellEnd"/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64"/>
              <w:ind w:left="76" w:right="7"/>
              <w:rPr>
                <w:sz w:val="15"/>
                <w:szCs w:val="15"/>
                <w:lang w:val="en-US"/>
              </w:rPr>
            </w:pPr>
            <w:r>
              <w:rPr>
                <w:w w:val="104"/>
                <w:sz w:val="15"/>
                <w:szCs w:val="15"/>
                <w:lang w:val="en-US"/>
              </w:rPr>
              <w:t>5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64"/>
              <w:ind w:left="75" w:right="7"/>
              <w:rPr>
                <w:sz w:val="15"/>
                <w:szCs w:val="15"/>
                <w:lang w:val="en-US"/>
              </w:rPr>
            </w:pPr>
            <w:r>
              <w:rPr>
                <w:w w:val="104"/>
                <w:sz w:val="15"/>
                <w:szCs w:val="15"/>
                <w:lang w:val="en-US"/>
              </w:rPr>
              <w:t>0</w:t>
            </w:r>
          </w:p>
        </w:tc>
        <w:tc>
          <w:tcPr>
            <w:tcW w:w="8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64"/>
              <w:ind w:left="75" w:right="7"/>
              <w:rPr>
                <w:sz w:val="15"/>
                <w:szCs w:val="15"/>
                <w:lang w:val="en-US"/>
              </w:rPr>
            </w:pPr>
            <w:r>
              <w:rPr>
                <w:w w:val="104"/>
                <w:sz w:val="15"/>
                <w:szCs w:val="15"/>
                <w:lang w:val="en-US"/>
              </w:rPr>
              <w:t>1</w:t>
            </w:r>
          </w:p>
        </w:tc>
        <w:tc>
          <w:tcPr>
            <w:tcW w:w="1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64"/>
              <w:ind w:left="75" w:right="7"/>
              <w:rPr>
                <w:sz w:val="15"/>
                <w:szCs w:val="15"/>
                <w:lang w:val="en-US"/>
              </w:rPr>
            </w:pPr>
            <w:r>
              <w:rPr>
                <w:w w:val="105"/>
                <w:sz w:val="15"/>
                <w:szCs w:val="15"/>
                <w:lang w:val="en-US"/>
              </w:rPr>
              <w:t>01.05.2023</w:t>
            </w:r>
          </w:p>
          <w:p w:rsidR="00EE5553" w:rsidRDefault="00EE5553">
            <w:pPr>
              <w:pStyle w:val="TableParagraph"/>
              <w:spacing w:before="20"/>
              <w:ind w:left="75" w:right="7"/>
              <w:rPr>
                <w:sz w:val="15"/>
                <w:szCs w:val="15"/>
                <w:lang w:val="en-US"/>
              </w:rPr>
            </w:pPr>
            <w:r>
              <w:rPr>
                <w:w w:val="105"/>
                <w:sz w:val="15"/>
                <w:szCs w:val="15"/>
                <w:lang w:val="en-US"/>
              </w:rPr>
              <w:t>31.05.2023</w:t>
            </w:r>
          </w:p>
        </w:tc>
        <w:tc>
          <w:tcPr>
            <w:tcW w:w="5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64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Применять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понятия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«почва»,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«плодородие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почв»,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«природный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комплекс»,</w:t>
            </w:r>
          </w:p>
          <w:p w:rsidR="00EE5553" w:rsidRPr="00EE5553" w:rsidRDefault="00EE5553">
            <w:pPr>
              <w:pStyle w:val="TableParagraph"/>
              <w:spacing w:before="20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«природно-территориальный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комплекс»,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«круговорот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веществ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природе»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для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решения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учебных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(или)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практико-ориентированных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задач;</w:t>
            </w:r>
          </w:p>
          <w:p w:rsidR="00EE5553" w:rsidRPr="00EE5553" w:rsidRDefault="00EE5553">
            <w:pPr>
              <w:pStyle w:val="TableParagraph"/>
              <w:spacing w:before="1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приводить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примеры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взаимосвязи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оболочек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Земли;</w:t>
            </w:r>
          </w:p>
          <w:p w:rsidR="00EE5553" w:rsidRPr="00EE5553" w:rsidRDefault="00EE5553">
            <w:pPr>
              <w:pStyle w:val="TableParagraph"/>
              <w:spacing w:before="20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сравнивать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почвы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разных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природных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зон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естественному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плодородию;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называть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факторы,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влияющие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образование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почвы;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 xml:space="preserve">объяснять взаимосвязи компонентов природно-территориального </w:t>
            </w:r>
            <w:r w:rsidRPr="00EE5553">
              <w:rPr>
                <w:w w:val="105"/>
                <w:sz w:val="15"/>
                <w:szCs w:val="15"/>
              </w:rPr>
              <w:t>комплекса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(при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выполнении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практической</w:t>
            </w:r>
            <w:r w:rsidRPr="00EE5553">
              <w:rPr>
                <w:spacing w:val="-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работы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№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1);</w:t>
            </w:r>
          </w:p>
          <w:p w:rsidR="00EE5553" w:rsidRPr="00EE5553" w:rsidRDefault="00EE5553">
            <w:pPr>
              <w:pStyle w:val="TableParagraph"/>
              <w:spacing w:before="1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описывать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круговороты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вещества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Земле;</w:t>
            </w:r>
          </w:p>
          <w:p w:rsidR="00EE5553" w:rsidRPr="00EE5553" w:rsidRDefault="00EE5553">
            <w:pPr>
              <w:pStyle w:val="TableParagraph"/>
              <w:spacing w:before="20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приводить примеры особо охраняемых территорий мира и России;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приводить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примеры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природных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объектов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списка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Всемирного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наследия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ЮНЕСКО;</w:t>
            </w:r>
          </w:p>
          <w:p w:rsidR="00EE5553" w:rsidRPr="00EE5553" w:rsidRDefault="00EE5553">
            <w:pPr>
              <w:pStyle w:val="TableParagraph"/>
              <w:spacing w:before="2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называть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причины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необходимости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охраны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природы;</w:t>
            </w:r>
            <w:r w:rsidRPr="00EE5553">
              <w:rPr>
                <w:spacing w:val="-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сохранения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биоразнообразия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планеты;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извлекать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информацию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о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выявления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примеров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путей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решения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экологических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проблем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из</w:t>
            </w:r>
            <w:r w:rsidRPr="00EE5553">
              <w:rPr>
                <w:spacing w:val="-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различных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источников;</w:t>
            </w:r>
          </w:p>
          <w:p w:rsidR="00EE5553" w:rsidRPr="00EE5553" w:rsidRDefault="00EE5553">
            <w:pPr>
              <w:pStyle w:val="TableParagraph"/>
              <w:spacing w:before="2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ФГ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(ЕНГ):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Анализировать;</w:t>
            </w:r>
          </w:p>
          <w:p w:rsidR="00EE5553" w:rsidRPr="00EE5553" w:rsidRDefault="00EE5553">
            <w:pPr>
              <w:pStyle w:val="TableParagraph"/>
              <w:spacing w:before="19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интерпретировать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данные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делать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соответствующие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выводы.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Вспомнить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применить</w:t>
            </w:r>
            <w:r w:rsidRPr="00EE5553">
              <w:rPr>
                <w:spacing w:val="-4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соответствующие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естественнонаучные</w:t>
            </w:r>
            <w:r w:rsidRPr="00EE5553">
              <w:rPr>
                <w:spacing w:val="-3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знания.;</w:t>
            </w:r>
          </w:p>
          <w:p w:rsidR="00EE5553" w:rsidRPr="00EE5553" w:rsidRDefault="00EE5553">
            <w:pPr>
              <w:pStyle w:val="TableParagraph"/>
              <w:spacing w:before="2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spacing w:val="-1"/>
                <w:w w:val="105"/>
                <w:sz w:val="15"/>
                <w:szCs w:val="15"/>
              </w:rPr>
              <w:t>ФГ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(ЧГ):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pacing w:val="-1"/>
                <w:w w:val="105"/>
                <w:sz w:val="15"/>
                <w:szCs w:val="15"/>
              </w:rPr>
              <w:t>Выявлять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связь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между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прочитанным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современной</w:t>
            </w:r>
            <w:r w:rsidRPr="00EE5553">
              <w:rPr>
                <w:spacing w:val="-8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реальностью.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Использовать информацию из текста для решения практической задачи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(планирование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поездки;</w:t>
            </w:r>
          </w:p>
          <w:p w:rsidR="00EE5553" w:rsidRPr="00EE5553" w:rsidRDefault="00EE5553">
            <w:pPr>
              <w:pStyle w:val="TableParagraph"/>
              <w:spacing w:before="2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выбор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телефона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т.п.)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без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привлечения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фоновых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знаний.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Обнаруживать</w:t>
            </w:r>
            <w:r w:rsidRPr="00EE5553">
              <w:rPr>
                <w:spacing w:val="-36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противоречия;</w:t>
            </w:r>
          </w:p>
          <w:p w:rsidR="00EE5553" w:rsidRPr="00EE5553" w:rsidRDefault="00EE5553">
            <w:pPr>
              <w:pStyle w:val="TableParagraph"/>
              <w:spacing w:before="1" w:line="264" w:lineRule="auto"/>
              <w:ind w:left="74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содержащиеся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одном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или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нескольких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текстах.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Преобразовать</w:t>
            </w:r>
            <w:r w:rsidRPr="00EE5553">
              <w:rPr>
                <w:spacing w:val="-9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одну</w:t>
            </w:r>
            <w:r w:rsidRPr="00EE5553">
              <w:rPr>
                <w:spacing w:val="-10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форму</w:t>
            </w:r>
            <w:r w:rsidRPr="00EE5553">
              <w:rPr>
                <w:spacing w:val="-37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представления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данных</w:t>
            </w:r>
            <w:r w:rsidRPr="00EE5553">
              <w:rPr>
                <w:spacing w:val="-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в</w:t>
            </w:r>
            <w:r w:rsidRPr="00EE5553">
              <w:rPr>
                <w:spacing w:val="-2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другую.;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64" w:line="264" w:lineRule="auto"/>
              <w:ind w:left="73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w w:val="105"/>
                <w:sz w:val="15"/>
                <w:szCs w:val="15"/>
                <w:lang w:val="en-US"/>
              </w:rPr>
              <w:t>Устный</w:t>
            </w:r>
            <w:proofErr w:type="spellEnd"/>
            <w:r>
              <w:rPr>
                <w:spacing w:val="1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  <w:lang w:val="en-US"/>
              </w:rPr>
              <w:t>опрос</w:t>
            </w:r>
            <w:proofErr w:type="spellEnd"/>
            <w:r>
              <w:rPr>
                <w:w w:val="105"/>
                <w:sz w:val="15"/>
                <w:szCs w:val="15"/>
                <w:lang w:val="en-US"/>
              </w:rPr>
              <w:t>;</w:t>
            </w:r>
            <w:r>
              <w:rPr>
                <w:spacing w:val="1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  <w:szCs w:val="15"/>
                <w:lang w:val="en-US"/>
              </w:rPr>
              <w:t>Практическая</w:t>
            </w:r>
            <w:proofErr w:type="spellEnd"/>
            <w:r>
              <w:rPr>
                <w:spacing w:val="-37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  <w:lang w:val="en-US"/>
              </w:rPr>
              <w:t>работа</w:t>
            </w:r>
            <w:proofErr w:type="spellEnd"/>
            <w:r>
              <w:rPr>
                <w:w w:val="105"/>
                <w:sz w:val="15"/>
                <w:szCs w:val="15"/>
                <w:lang w:val="en-US"/>
              </w:rPr>
              <w:t>;</w:t>
            </w:r>
          </w:p>
        </w:tc>
        <w:tc>
          <w:tcPr>
            <w:tcW w:w="3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2E6112">
            <w:pPr>
              <w:pStyle w:val="TableParagraph"/>
              <w:spacing w:before="64" w:line="264" w:lineRule="auto"/>
              <w:ind w:left="73" w:right="7"/>
              <w:rPr>
                <w:sz w:val="15"/>
                <w:szCs w:val="15"/>
                <w:lang w:val="en-US"/>
              </w:rPr>
            </w:pPr>
            <w:hyperlink r:id="rId22" w:history="1">
              <w:r w:rsidR="00EE5553">
                <w:rPr>
                  <w:rStyle w:val="aff8"/>
                  <w:spacing w:val="-1"/>
                  <w:w w:val="105"/>
                  <w:sz w:val="15"/>
                  <w:szCs w:val="15"/>
                  <w:lang w:val="en-US"/>
                </w:rPr>
                <w:t>https://resh.edu.ru/subject/lesson/7194/main/251888/</w:t>
              </w:r>
            </w:hyperlink>
            <w:r w:rsidR="00EE5553">
              <w:rPr>
                <w:spacing w:val="-1"/>
                <w:w w:val="105"/>
                <w:sz w:val="15"/>
                <w:szCs w:val="15"/>
                <w:lang w:val="en-US"/>
              </w:rPr>
              <w:t xml:space="preserve"> </w:t>
            </w:r>
            <w:r w:rsidR="00EE5553">
              <w:rPr>
                <w:spacing w:val="-37"/>
                <w:w w:val="105"/>
                <w:sz w:val="15"/>
                <w:szCs w:val="15"/>
                <w:lang w:val="en-US"/>
              </w:rPr>
              <w:t xml:space="preserve">    </w:t>
            </w:r>
            <w:hyperlink r:id="rId23" w:history="1">
              <w:r w:rsidR="00EE5553">
                <w:rPr>
                  <w:rStyle w:val="aff8"/>
                  <w:w w:val="105"/>
                  <w:sz w:val="15"/>
                  <w:szCs w:val="15"/>
                  <w:lang w:val="en-US"/>
                </w:rPr>
                <w:t>https://resh.edu.ru/subject/lesson/995/</w:t>
              </w:r>
            </w:hyperlink>
            <w:r w:rsidR="00EE5553">
              <w:rPr>
                <w:w w:val="105"/>
                <w:sz w:val="15"/>
                <w:szCs w:val="15"/>
                <w:lang w:val="en-US"/>
              </w:rPr>
              <w:t xml:space="preserve"> </w:t>
            </w:r>
          </w:p>
        </w:tc>
      </w:tr>
      <w:tr w:rsidR="00EE5553" w:rsidTr="00EE5553">
        <w:trPr>
          <w:trHeight w:val="333"/>
        </w:trPr>
        <w:tc>
          <w:tcPr>
            <w:tcW w:w="17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64"/>
              <w:ind w:left="76" w:right="7"/>
              <w:rPr>
                <w:sz w:val="15"/>
                <w:szCs w:val="15"/>
                <w:lang w:val="en-US"/>
              </w:rPr>
            </w:pPr>
            <w:proofErr w:type="spellStart"/>
            <w:r>
              <w:rPr>
                <w:w w:val="105"/>
                <w:sz w:val="15"/>
                <w:szCs w:val="15"/>
                <w:lang w:val="en-US"/>
              </w:rPr>
              <w:t>Итого</w:t>
            </w:r>
            <w:proofErr w:type="spellEnd"/>
            <w:r>
              <w:rPr>
                <w:spacing w:val="-7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  <w:lang w:val="en-US"/>
              </w:rPr>
              <w:t>по</w:t>
            </w:r>
            <w:proofErr w:type="spellEnd"/>
            <w:r>
              <w:rPr>
                <w:spacing w:val="-7"/>
                <w:w w:val="105"/>
                <w:sz w:val="15"/>
                <w:szCs w:val="15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15"/>
                <w:szCs w:val="15"/>
                <w:lang w:val="en-US"/>
              </w:rPr>
              <w:t>разделу</w:t>
            </w:r>
            <w:proofErr w:type="spellEnd"/>
            <w:r>
              <w:rPr>
                <w:w w:val="105"/>
                <w:sz w:val="15"/>
                <w:szCs w:val="15"/>
                <w:lang w:val="en-US"/>
              </w:rPr>
              <w:t>: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64"/>
              <w:ind w:left="76" w:right="7"/>
              <w:rPr>
                <w:sz w:val="15"/>
                <w:szCs w:val="15"/>
                <w:lang w:val="en-US"/>
              </w:rPr>
            </w:pPr>
            <w:r>
              <w:rPr>
                <w:w w:val="104"/>
                <w:sz w:val="15"/>
                <w:szCs w:val="15"/>
                <w:lang w:val="en-US"/>
              </w:rPr>
              <w:t>5</w:t>
            </w:r>
          </w:p>
        </w:tc>
        <w:tc>
          <w:tcPr>
            <w:tcW w:w="1348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</w:tr>
      <w:tr w:rsidR="00EE5553" w:rsidTr="00EE5553">
        <w:trPr>
          <w:trHeight w:val="626"/>
        </w:trPr>
        <w:tc>
          <w:tcPr>
            <w:tcW w:w="17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Pr="00EE5553" w:rsidRDefault="00EE5553">
            <w:pPr>
              <w:pStyle w:val="TableParagraph"/>
              <w:spacing w:before="64" w:line="264" w:lineRule="auto"/>
              <w:ind w:left="76" w:right="7"/>
              <w:rPr>
                <w:sz w:val="15"/>
                <w:szCs w:val="15"/>
              </w:rPr>
            </w:pPr>
            <w:r w:rsidRPr="00EE5553">
              <w:rPr>
                <w:w w:val="105"/>
                <w:sz w:val="15"/>
                <w:szCs w:val="15"/>
              </w:rPr>
              <w:t>ОБЩЕЕ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sz w:val="15"/>
                <w:szCs w:val="15"/>
              </w:rPr>
              <w:t>КОЛИЧЕСТВО</w:t>
            </w:r>
            <w:r w:rsidRPr="00EE5553">
              <w:rPr>
                <w:spacing w:val="1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ЧАСОВ ПО</w:t>
            </w:r>
            <w:r w:rsidRPr="00EE5553">
              <w:rPr>
                <w:spacing w:val="1"/>
                <w:w w:val="105"/>
                <w:sz w:val="15"/>
                <w:szCs w:val="15"/>
              </w:rPr>
              <w:t xml:space="preserve"> </w:t>
            </w:r>
            <w:r w:rsidRPr="00EE5553">
              <w:rPr>
                <w:w w:val="105"/>
                <w:sz w:val="15"/>
                <w:szCs w:val="15"/>
              </w:rPr>
              <w:t>ПРОГРАММЕ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64"/>
              <w:ind w:left="76" w:right="7"/>
              <w:rPr>
                <w:sz w:val="15"/>
                <w:szCs w:val="15"/>
                <w:lang w:val="en-US"/>
              </w:rPr>
            </w:pPr>
            <w:r>
              <w:rPr>
                <w:w w:val="105"/>
                <w:sz w:val="15"/>
                <w:szCs w:val="15"/>
                <w:lang w:val="en-US"/>
              </w:rPr>
              <w:t>34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64"/>
              <w:ind w:left="75" w:right="7"/>
              <w:rPr>
                <w:sz w:val="15"/>
                <w:szCs w:val="15"/>
                <w:lang w:val="en-US"/>
              </w:rPr>
            </w:pPr>
            <w:r>
              <w:rPr>
                <w:w w:val="104"/>
                <w:sz w:val="15"/>
                <w:szCs w:val="15"/>
                <w:lang w:val="en-US"/>
              </w:rPr>
              <w:t>0</w:t>
            </w:r>
          </w:p>
        </w:tc>
        <w:tc>
          <w:tcPr>
            <w:tcW w:w="8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553" w:rsidRDefault="00EE5553">
            <w:pPr>
              <w:pStyle w:val="TableParagraph"/>
              <w:spacing w:before="64"/>
              <w:ind w:left="75" w:right="7"/>
              <w:rPr>
                <w:sz w:val="15"/>
                <w:szCs w:val="15"/>
                <w:lang w:val="en-US"/>
              </w:rPr>
            </w:pPr>
            <w:r>
              <w:rPr>
                <w:w w:val="104"/>
                <w:sz w:val="15"/>
                <w:szCs w:val="15"/>
                <w:lang w:val="en-US"/>
              </w:rPr>
              <w:t>7</w:t>
            </w:r>
          </w:p>
        </w:tc>
        <w:tc>
          <w:tcPr>
            <w:tcW w:w="1148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553" w:rsidRDefault="00EE5553">
            <w:pPr>
              <w:pStyle w:val="TableParagraph"/>
              <w:ind w:right="7"/>
              <w:rPr>
                <w:sz w:val="15"/>
                <w:szCs w:val="15"/>
                <w:lang w:val="en-US"/>
              </w:rPr>
            </w:pPr>
          </w:p>
        </w:tc>
      </w:tr>
    </w:tbl>
    <w:p w:rsidR="0028775A" w:rsidRDefault="0028775A">
      <w:pPr>
        <w:autoSpaceDE w:val="0"/>
        <w:autoSpaceDN w:val="0"/>
        <w:spacing w:after="258" w:line="233" w:lineRule="auto"/>
        <w:rPr>
          <w:rFonts w:ascii="Times New Roman" w:eastAsia="Times New Roman" w:hAnsi="Times New Roman"/>
          <w:b/>
          <w:color w:val="000000"/>
          <w:w w:val="101"/>
          <w:sz w:val="19"/>
          <w:lang w:val="ru-RU"/>
        </w:rPr>
      </w:pPr>
    </w:p>
    <w:p w:rsidR="0028775A" w:rsidRDefault="0028775A">
      <w:pPr>
        <w:autoSpaceDE w:val="0"/>
        <w:autoSpaceDN w:val="0"/>
        <w:spacing w:after="258" w:line="233" w:lineRule="auto"/>
        <w:rPr>
          <w:rFonts w:ascii="Times New Roman" w:eastAsia="Times New Roman" w:hAnsi="Times New Roman"/>
          <w:b/>
          <w:color w:val="000000"/>
          <w:w w:val="101"/>
          <w:sz w:val="19"/>
          <w:lang w:val="ru-RU"/>
        </w:rPr>
      </w:pPr>
    </w:p>
    <w:p w:rsidR="0028775A" w:rsidRDefault="0028775A">
      <w:pPr>
        <w:autoSpaceDE w:val="0"/>
        <w:autoSpaceDN w:val="0"/>
        <w:spacing w:after="258" w:line="233" w:lineRule="auto"/>
        <w:rPr>
          <w:rFonts w:ascii="Times New Roman" w:eastAsia="Times New Roman" w:hAnsi="Times New Roman"/>
          <w:b/>
          <w:color w:val="000000"/>
          <w:w w:val="101"/>
          <w:sz w:val="19"/>
          <w:lang w:val="ru-RU"/>
        </w:rPr>
      </w:pPr>
    </w:p>
    <w:p w:rsidR="0028775A" w:rsidRDefault="0028775A">
      <w:pPr>
        <w:autoSpaceDE w:val="0"/>
        <w:autoSpaceDN w:val="0"/>
        <w:spacing w:after="258" w:line="233" w:lineRule="auto"/>
        <w:rPr>
          <w:rFonts w:ascii="Times New Roman" w:eastAsia="Times New Roman" w:hAnsi="Times New Roman"/>
          <w:b/>
          <w:color w:val="000000"/>
          <w:w w:val="101"/>
          <w:sz w:val="19"/>
          <w:lang w:val="ru-RU"/>
        </w:rPr>
      </w:pPr>
    </w:p>
    <w:p w:rsidR="0028775A" w:rsidRDefault="0028775A">
      <w:pPr>
        <w:autoSpaceDE w:val="0"/>
        <w:autoSpaceDN w:val="0"/>
        <w:spacing w:after="258" w:line="233" w:lineRule="auto"/>
        <w:rPr>
          <w:rFonts w:ascii="Times New Roman" w:eastAsia="Times New Roman" w:hAnsi="Times New Roman"/>
          <w:b/>
          <w:color w:val="000000"/>
          <w:w w:val="101"/>
          <w:sz w:val="19"/>
          <w:lang w:val="ru-RU"/>
        </w:rPr>
      </w:pPr>
    </w:p>
    <w:p w:rsidR="0028775A" w:rsidRDefault="0028775A">
      <w:pPr>
        <w:autoSpaceDE w:val="0"/>
        <w:autoSpaceDN w:val="0"/>
        <w:spacing w:after="258" w:line="233" w:lineRule="auto"/>
        <w:rPr>
          <w:rFonts w:ascii="Times New Roman" w:eastAsia="Times New Roman" w:hAnsi="Times New Roman"/>
          <w:b/>
          <w:color w:val="000000"/>
          <w:w w:val="101"/>
          <w:sz w:val="19"/>
          <w:lang w:val="ru-RU"/>
        </w:rPr>
      </w:pPr>
    </w:p>
    <w:p w:rsidR="0028775A" w:rsidRDefault="0028775A">
      <w:pPr>
        <w:autoSpaceDE w:val="0"/>
        <w:autoSpaceDN w:val="0"/>
        <w:spacing w:after="258" w:line="233" w:lineRule="auto"/>
        <w:rPr>
          <w:rFonts w:ascii="Times New Roman" w:eastAsia="Times New Roman" w:hAnsi="Times New Roman"/>
          <w:b/>
          <w:color w:val="000000"/>
          <w:w w:val="101"/>
          <w:sz w:val="19"/>
          <w:lang w:val="ru-RU"/>
        </w:rPr>
      </w:pPr>
    </w:p>
    <w:p w:rsidR="0028775A" w:rsidRDefault="0028775A">
      <w:pPr>
        <w:autoSpaceDE w:val="0"/>
        <w:autoSpaceDN w:val="0"/>
        <w:spacing w:after="258" w:line="233" w:lineRule="auto"/>
        <w:rPr>
          <w:rFonts w:ascii="Times New Roman" w:eastAsia="Times New Roman" w:hAnsi="Times New Roman"/>
          <w:b/>
          <w:color w:val="000000"/>
          <w:w w:val="101"/>
          <w:sz w:val="19"/>
          <w:lang w:val="ru-RU"/>
        </w:rPr>
      </w:pPr>
    </w:p>
    <w:p w:rsidR="0028775A" w:rsidRDefault="0028775A">
      <w:pPr>
        <w:autoSpaceDE w:val="0"/>
        <w:autoSpaceDN w:val="0"/>
        <w:spacing w:after="258" w:line="233" w:lineRule="auto"/>
        <w:rPr>
          <w:rFonts w:ascii="Times New Roman" w:eastAsia="Times New Roman" w:hAnsi="Times New Roman"/>
          <w:b/>
          <w:color w:val="000000"/>
          <w:w w:val="101"/>
          <w:sz w:val="19"/>
          <w:lang w:val="ru-RU"/>
        </w:rPr>
      </w:pPr>
    </w:p>
    <w:p w:rsidR="00835869" w:rsidRDefault="00835869">
      <w:pPr>
        <w:sectPr w:rsidR="00835869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35869" w:rsidRDefault="00835869">
      <w:pPr>
        <w:autoSpaceDE w:val="0"/>
        <w:autoSpaceDN w:val="0"/>
        <w:spacing w:after="78" w:line="220" w:lineRule="exact"/>
      </w:pPr>
    </w:p>
    <w:p w:rsidR="00835869" w:rsidRDefault="0088145E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835869" w:rsidRPr="00E46FC5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62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№</w:t>
            </w:r>
            <w:r w:rsidRPr="00E46FC5">
              <w:rPr>
                <w:sz w:val="20"/>
                <w:szCs w:val="20"/>
              </w:rPr>
              <w:br/>
            </w:r>
            <w:r w:rsidRPr="00E46FC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Дата </w:t>
            </w:r>
            <w:r w:rsidRPr="00E46FC5">
              <w:rPr>
                <w:sz w:val="20"/>
                <w:szCs w:val="20"/>
              </w:rPr>
              <w:br/>
            </w:r>
            <w:r w:rsidRPr="00E46FC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изучения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Виды, формы контроля</w:t>
            </w:r>
          </w:p>
        </w:tc>
      </w:tr>
      <w:tr w:rsidR="00835869" w:rsidRPr="00E46FC5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869" w:rsidRPr="00E46FC5" w:rsidRDefault="00835869">
            <w:pPr>
              <w:rPr>
                <w:sz w:val="20"/>
                <w:szCs w:val="20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869" w:rsidRPr="00E46FC5" w:rsidRDefault="00835869">
            <w:pPr>
              <w:rPr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62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62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869" w:rsidRPr="00E46FC5" w:rsidRDefault="00835869">
            <w:pPr>
              <w:rPr>
                <w:sz w:val="20"/>
                <w:szCs w:val="20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869" w:rsidRPr="00E46FC5" w:rsidRDefault="00835869">
            <w:pPr>
              <w:rPr>
                <w:sz w:val="20"/>
                <w:szCs w:val="20"/>
              </w:rPr>
            </w:pPr>
          </w:p>
        </w:tc>
      </w:tr>
      <w:tr w:rsidR="00835869" w:rsidRPr="00E46FC5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Гидросфера — водная оболочка Земли.</w:t>
            </w:r>
          </w:p>
          <w:p w:rsidR="00835869" w:rsidRPr="00E46FC5" w:rsidRDefault="0088145E">
            <w:pPr>
              <w:autoSpaceDE w:val="0"/>
              <w:autoSpaceDN w:val="0"/>
              <w:spacing w:before="70" w:after="0" w:line="281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Гидросфера и методы её </w:t>
            </w:r>
            <w:r w:rsidRPr="00E46FC5">
              <w:rPr>
                <w:sz w:val="20"/>
                <w:szCs w:val="20"/>
                <w:lang w:val="ru-RU"/>
              </w:rPr>
              <w:br/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изучения. Части </w:t>
            </w:r>
            <w:r w:rsidRPr="00E46FC5">
              <w:rPr>
                <w:sz w:val="20"/>
                <w:szCs w:val="20"/>
                <w:lang w:val="ru-RU"/>
              </w:rPr>
              <w:br/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гидросферы. Мировой </w:t>
            </w:r>
            <w:r w:rsidRPr="00E46FC5">
              <w:rPr>
                <w:sz w:val="20"/>
                <w:szCs w:val="20"/>
                <w:lang w:val="ru-RU"/>
              </w:rPr>
              <w:br/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круговорот воды. </w:t>
            </w:r>
            <w:proofErr w:type="spellStart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Значение</w:t>
            </w:r>
            <w:proofErr w:type="spellEnd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гидросферы</w:t>
            </w:r>
            <w:proofErr w:type="spellEnd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02.09.2022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Устный опрос;</w:t>
            </w:r>
          </w:p>
        </w:tc>
      </w:tr>
      <w:tr w:rsidR="00835869" w:rsidRPr="00E46FC5" w:rsidTr="009F27BE">
        <w:trPr>
          <w:trHeight w:hRule="exact" w:val="16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Исследования вод Мирового океана.</w:t>
            </w:r>
          </w:p>
          <w:p w:rsidR="00835869" w:rsidRPr="00E46FC5" w:rsidRDefault="0088145E">
            <w:pPr>
              <w:autoSpaceDE w:val="0"/>
              <w:autoSpaceDN w:val="0"/>
              <w:spacing w:before="70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Профессия океанолог.</w:t>
            </w:r>
          </w:p>
          <w:p w:rsidR="00835869" w:rsidRPr="00E46FC5" w:rsidRDefault="0088145E">
            <w:pPr>
              <w:autoSpaceDE w:val="0"/>
              <w:autoSpaceDN w:val="0"/>
              <w:spacing w:before="70" w:after="0" w:line="262" w:lineRule="auto"/>
              <w:ind w:left="72" w:right="144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Солёность и температура океанических вод.</w:t>
            </w:r>
          </w:p>
          <w:p w:rsidR="00835869" w:rsidRPr="00E46FC5" w:rsidRDefault="00835869">
            <w:pPr>
              <w:autoSpaceDE w:val="0"/>
              <w:autoSpaceDN w:val="0"/>
              <w:spacing w:before="70" w:after="0" w:line="286" w:lineRule="auto"/>
              <w:ind w:left="72" w:right="144"/>
              <w:rPr>
                <w:sz w:val="20"/>
                <w:szCs w:val="20"/>
                <w:lang w:val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09.09.2022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Устный опрос;</w:t>
            </w:r>
          </w:p>
        </w:tc>
      </w:tr>
      <w:tr w:rsidR="00835869" w:rsidRPr="00E46FC5" w:rsidTr="009F27BE">
        <w:trPr>
          <w:trHeight w:hRule="exact" w:val="29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F27BE" w:rsidRPr="009F27BE" w:rsidRDefault="009F27BE" w:rsidP="009F27BE">
            <w:pPr>
              <w:autoSpaceDE w:val="0"/>
              <w:autoSpaceDN w:val="0"/>
              <w:spacing w:before="98" w:after="0" w:line="286" w:lineRule="auto"/>
              <w:ind w:left="72" w:right="144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F27BE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Океанические течения.</w:t>
            </w:r>
          </w:p>
          <w:p w:rsidR="009F27BE" w:rsidRPr="009F27BE" w:rsidRDefault="009F27BE" w:rsidP="009F27BE">
            <w:pPr>
              <w:autoSpaceDE w:val="0"/>
              <w:autoSpaceDN w:val="0"/>
              <w:spacing w:before="98" w:after="0" w:line="286" w:lineRule="auto"/>
              <w:ind w:left="72" w:right="144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F27BE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Тёплые и холодные </w:t>
            </w:r>
          </w:p>
          <w:p w:rsidR="009F27BE" w:rsidRPr="009F27BE" w:rsidRDefault="009F27BE" w:rsidP="009F27BE">
            <w:pPr>
              <w:autoSpaceDE w:val="0"/>
              <w:autoSpaceDN w:val="0"/>
              <w:spacing w:before="98" w:after="0" w:line="286" w:lineRule="auto"/>
              <w:ind w:left="72" w:right="144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F27BE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течения. Способы </w:t>
            </w:r>
          </w:p>
          <w:p w:rsidR="009F27BE" w:rsidRPr="009F27BE" w:rsidRDefault="009F27BE" w:rsidP="009F27BE">
            <w:pPr>
              <w:autoSpaceDE w:val="0"/>
              <w:autoSpaceDN w:val="0"/>
              <w:spacing w:before="98" w:after="0" w:line="286" w:lineRule="auto"/>
              <w:ind w:left="72" w:right="144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F27BE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изображения на </w:t>
            </w:r>
          </w:p>
          <w:p w:rsidR="009F27BE" w:rsidRPr="009F27BE" w:rsidRDefault="009F27BE" w:rsidP="009F27BE">
            <w:pPr>
              <w:autoSpaceDE w:val="0"/>
              <w:autoSpaceDN w:val="0"/>
              <w:spacing w:before="98" w:after="0" w:line="286" w:lineRule="auto"/>
              <w:ind w:left="72" w:right="144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F27BE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географических картах океанических течений, </w:t>
            </w:r>
          </w:p>
          <w:p w:rsidR="00835869" w:rsidRPr="009F27BE" w:rsidRDefault="009F27BE" w:rsidP="009F27BE">
            <w:pPr>
              <w:autoSpaceDE w:val="0"/>
              <w:autoSpaceDN w:val="0"/>
              <w:spacing w:before="98" w:after="0" w:line="286" w:lineRule="auto"/>
              <w:ind w:left="72" w:right="144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F27BE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солёности и температуры вод Мирового океана на картах.</w:t>
            </w:r>
            <w:r w:rsidR="0088145E" w:rsidRPr="00E46FC5">
              <w:rPr>
                <w:sz w:val="20"/>
                <w:szCs w:val="20"/>
                <w:lang w:val="ru-RU"/>
              </w:rPr>
              <w:br/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proofErr w:type="spellStart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Письменный</w:t>
            </w:r>
            <w:proofErr w:type="spellEnd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контроль</w:t>
            </w:r>
            <w:proofErr w:type="spellEnd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;</w:t>
            </w:r>
          </w:p>
        </w:tc>
      </w:tr>
      <w:tr w:rsidR="00835869" w:rsidRPr="00E46FC5" w:rsidTr="009F27BE">
        <w:trPr>
          <w:trHeight w:hRule="exact" w:val="212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9F27BE">
            <w:pPr>
              <w:autoSpaceDE w:val="0"/>
              <w:autoSpaceDN w:val="0"/>
              <w:spacing w:before="98" w:after="0" w:line="283" w:lineRule="auto"/>
              <w:ind w:left="72" w:right="288"/>
              <w:rPr>
                <w:sz w:val="20"/>
                <w:szCs w:val="20"/>
                <w:lang w:val="ru-RU"/>
              </w:rPr>
            </w:pPr>
            <w:r w:rsidRPr="009F27BE">
              <w:rPr>
                <w:sz w:val="20"/>
                <w:szCs w:val="20"/>
                <w:lang w:val="ru-RU"/>
              </w:rPr>
              <w:t>Мировой океан и его части.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642C58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642C58">
            <w:pPr>
              <w:autoSpaceDE w:val="0"/>
              <w:autoSpaceDN w:val="0"/>
              <w:spacing w:before="98" w:after="0" w:line="262" w:lineRule="auto"/>
              <w:ind w:left="72" w:right="288"/>
              <w:rPr>
                <w:sz w:val="20"/>
                <w:szCs w:val="20"/>
              </w:rPr>
            </w:pPr>
            <w:proofErr w:type="spellStart"/>
            <w:r w:rsidRPr="00642C58">
              <w:rPr>
                <w:sz w:val="20"/>
                <w:szCs w:val="20"/>
              </w:rPr>
              <w:t>Устный</w:t>
            </w:r>
            <w:proofErr w:type="spellEnd"/>
            <w:r w:rsidRPr="00642C58">
              <w:rPr>
                <w:sz w:val="20"/>
                <w:szCs w:val="20"/>
              </w:rPr>
              <w:t xml:space="preserve"> </w:t>
            </w:r>
            <w:proofErr w:type="spellStart"/>
            <w:r w:rsidRPr="00642C58">
              <w:rPr>
                <w:sz w:val="20"/>
                <w:szCs w:val="20"/>
              </w:rPr>
              <w:t>опрос</w:t>
            </w:r>
            <w:proofErr w:type="spellEnd"/>
            <w:r w:rsidRPr="00642C58">
              <w:rPr>
                <w:sz w:val="20"/>
                <w:szCs w:val="20"/>
              </w:rPr>
              <w:t>;</w:t>
            </w:r>
          </w:p>
        </w:tc>
      </w:tr>
    </w:tbl>
    <w:p w:rsidR="00835869" w:rsidRPr="00E46FC5" w:rsidRDefault="00835869">
      <w:pPr>
        <w:autoSpaceDE w:val="0"/>
        <w:autoSpaceDN w:val="0"/>
        <w:spacing w:after="0" w:line="14" w:lineRule="exact"/>
        <w:rPr>
          <w:sz w:val="20"/>
          <w:szCs w:val="20"/>
        </w:rPr>
      </w:pPr>
    </w:p>
    <w:p w:rsidR="00835869" w:rsidRPr="00E46FC5" w:rsidRDefault="00835869">
      <w:pPr>
        <w:rPr>
          <w:sz w:val="20"/>
          <w:szCs w:val="20"/>
        </w:rPr>
        <w:sectPr w:rsidR="00835869" w:rsidRPr="00E46FC5">
          <w:pgSz w:w="11900" w:h="16840"/>
          <w:pgMar w:top="298" w:right="650" w:bottom="46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35869" w:rsidRPr="00E46FC5" w:rsidRDefault="00835869">
      <w:pPr>
        <w:autoSpaceDE w:val="0"/>
        <w:autoSpaceDN w:val="0"/>
        <w:spacing w:after="66" w:line="220" w:lineRule="exact"/>
        <w:rPr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835869" w:rsidRPr="00E46FC5" w:rsidTr="009F27BE">
        <w:trPr>
          <w:trHeight w:hRule="exact" w:val="21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9F27BE">
            <w:pPr>
              <w:autoSpaceDE w:val="0"/>
              <w:autoSpaceDN w:val="0"/>
              <w:spacing w:before="98" w:after="0" w:line="281" w:lineRule="auto"/>
              <w:ind w:left="72"/>
              <w:rPr>
                <w:sz w:val="20"/>
                <w:szCs w:val="20"/>
                <w:lang w:val="ru-RU"/>
              </w:rPr>
            </w:pPr>
            <w:r w:rsidRPr="009F27BE">
              <w:rPr>
                <w:sz w:val="20"/>
                <w:szCs w:val="20"/>
                <w:lang w:val="ru-RU"/>
              </w:rPr>
              <w:t>Движения вод Мирового океана: волны; течения, приливы и отливы. Стихийные явления в Мировом океане. Способы изучения и наблюдения за загрязнением вод Мирового океана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Письменный контроль;</w:t>
            </w:r>
          </w:p>
        </w:tc>
      </w:tr>
      <w:tr w:rsidR="00835869" w:rsidRPr="00E46FC5" w:rsidTr="009F27BE">
        <w:trPr>
          <w:trHeight w:hRule="exact" w:val="127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9F27BE">
            <w:pPr>
              <w:autoSpaceDE w:val="0"/>
              <w:autoSpaceDN w:val="0"/>
              <w:spacing w:before="70" w:after="0" w:line="286" w:lineRule="auto"/>
              <w:ind w:left="72" w:right="432"/>
              <w:rPr>
                <w:sz w:val="20"/>
                <w:szCs w:val="20"/>
                <w:lang w:val="ru-RU"/>
              </w:rPr>
            </w:pPr>
            <w:r w:rsidRPr="009F27BE">
              <w:rPr>
                <w:sz w:val="20"/>
                <w:szCs w:val="20"/>
                <w:lang w:val="ru-RU"/>
              </w:rPr>
              <w:t>Воды суши. Способы изображения внутренних вод на картах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642C58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07.10.2022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642C58" w:rsidP="00642C58">
            <w:pPr>
              <w:autoSpaceDE w:val="0"/>
              <w:autoSpaceDN w:val="0"/>
              <w:spacing w:before="98" w:after="0" w:line="262" w:lineRule="auto"/>
              <w:ind w:left="72" w:right="288"/>
              <w:rPr>
                <w:sz w:val="20"/>
                <w:szCs w:val="20"/>
              </w:rPr>
            </w:pPr>
            <w:proofErr w:type="spellStart"/>
            <w:r w:rsidRPr="00642C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642C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42C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642C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;</w:t>
            </w:r>
          </w:p>
        </w:tc>
      </w:tr>
      <w:tr w:rsidR="00835869" w:rsidRPr="00E46FC5" w:rsidTr="009F27BE">
        <w:trPr>
          <w:trHeight w:hRule="exact" w:val="22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9F27BE" w:rsidP="009F27BE">
            <w:pPr>
              <w:autoSpaceDE w:val="0"/>
              <w:autoSpaceDN w:val="0"/>
              <w:spacing w:before="98" w:after="0" w:line="262" w:lineRule="auto"/>
              <w:ind w:right="288"/>
              <w:rPr>
                <w:sz w:val="20"/>
                <w:szCs w:val="20"/>
                <w:lang w:val="ru-RU"/>
              </w:rPr>
            </w:pPr>
            <w:r w:rsidRPr="009F27BE">
              <w:rPr>
                <w:sz w:val="20"/>
                <w:szCs w:val="20"/>
                <w:lang w:val="ru-RU"/>
              </w:rPr>
              <w:t>Реки: горные и равнинные. Речная система, бассейн, водораздел. Пороги и водопады. Питание и режим реки. Практическая работа. Сравнение двух рек (России и мира) по заданным признакам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642C58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642C58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proofErr w:type="spellStart"/>
            <w:r w:rsidRPr="00642C58">
              <w:rPr>
                <w:sz w:val="20"/>
                <w:szCs w:val="20"/>
              </w:rPr>
              <w:t>Практическая</w:t>
            </w:r>
            <w:proofErr w:type="spellEnd"/>
            <w:r w:rsidRPr="00642C58">
              <w:rPr>
                <w:sz w:val="20"/>
                <w:szCs w:val="20"/>
              </w:rPr>
              <w:t xml:space="preserve"> </w:t>
            </w:r>
            <w:proofErr w:type="spellStart"/>
            <w:r w:rsidRPr="00642C58">
              <w:rPr>
                <w:sz w:val="20"/>
                <w:szCs w:val="20"/>
              </w:rPr>
              <w:t>работа</w:t>
            </w:r>
            <w:proofErr w:type="spellEnd"/>
            <w:r w:rsidRPr="00642C58">
              <w:rPr>
                <w:sz w:val="20"/>
                <w:szCs w:val="20"/>
              </w:rPr>
              <w:t>;</w:t>
            </w:r>
          </w:p>
        </w:tc>
      </w:tr>
      <w:tr w:rsidR="00C25DD2" w:rsidRPr="00E46FC5" w:rsidTr="009F27BE">
        <w:trPr>
          <w:trHeight w:hRule="exact" w:val="226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C25DD2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9F27BE">
            <w:pPr>
              <w:autoSpaceDE w:val="0"/>
              <w:autoSpaceDN w:val="0"/>
              <w:spacing w:before="98" w:after="0" w:line="281" w:lineRule="auto"/>
              <w:ind w:left="72" w:right="144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9F27BE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Озёра. Происхождение озёрных котловин. Питание озёр. Озёра сточные и </w:t>
            </w:r>
            <w:proofErr w:type="spellStart"/>
            <w:proofErr w:type="gramStart"/>
            <w:r w:rsidRPr="009F27BE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бессточные.Болота</w:t>
            </w:r>
            <w:proofErr w:type="spellEnd"/>
            <w:proofErr w:type="gramEnd"/>
            <w:r w:rsidRPr="009F27BE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, их </w:t>
            </w:r>
            <w:proofErr w:type="spellStart"/>
            <w:r w:rsidRPr="009F27BE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образовнаие</w:t>
            </w:r>
            <w:proofErr w:type="spellEnd"/>
            <w:r w:rsidRPr="009F27BE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. Профессия гидролог. Практическая работа. Характеристика одного из крупнейших озёр России по плану в форме презентации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C25DD2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E46FC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642C58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C25DD2" w:rsidP="00D51A6C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642C58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642C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Практическая</w:t>
            </w:r>
            <w:proofErr w:type="spellEnd"/>
            <w:r w:rsidRPr="00642C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42C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работа</w:t>
            </w:r>
            <w:proofErr w:type="spellEnd"/>
            <w:r w:rsidRPr="00642C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;</w:t>
            </w:r>
          </w:p>
        </w:tc>
      </w:tr>
      <w:tr w:rsidR="00C25DD2" w:rsidRPr="00E46FC5" w:rsidTr="009F27BE">
        <w:trPr>
          <w:trHeight w:hRule="exact" w:val="241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C25DD2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9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9F27BE">
            <w:pPr>
              <w:autoSpaceDE w:val="0"/>
              <w:autoSpaceDN w:val="0"/>
              <w:spacing w:before="98" w:after="0" w:line="281" w:lineRule="auto"/>
              <w:ind w:left="72" w:right="144"/>
              <w:rPr>
                <w:sz w:val="20"/>
                <w:szCs w:val="20"/>
                <w:lang w:val="ru-RU"/>
              </w:rPr>
            </w:pPr>
            <w:r w:rsidRPr="009F27BE">
              <w:rPr>
                <w:sz w:val="20"/>
                <w:szCs w:val="20"/>
                <w:lang w:val="ru-RU"/>
              </w:rPr>
              <w:t>Подземные воды (грунтовые, межпластовые, артезианские), их происхождение, условия залегания и использования. Условия образования межпластовых вод. Минеральные источники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C25DD2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C25DD2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147E08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C25DD2" w:rsidP="00D51A6C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147E08" w:rsidRDefault="00147E08">
            <w:pPr>
              <w:autoSpaceDE w:val="0"/>
              <w:autoSpaceDN w:val="0"/>
              <w:spacing w:before="98" w:after="0" w:line="262" w:lineRule="auto"/>
              <w:ind w:left="72" w:right="288"/>
              <w:rPr>
                <w:sz w:val="20"/>
                <w:szCs w:val="20"/>
                <w:lang w:val="ru-RU"/>
              </w:rPr>
            </w:pPr>
            <w:r w:rsidRPr="00147E08">
              <w:rPr>
                <w:sz w:val="20"/>
                <w:szCs w:val="20"/>
                <w:lang w:val="ru-RU"/>
              </w:rPr>
              <w:t>Устный опрос;</w:t>
            </w:r>
          </w:p>
        </w:tc>
      </w:tr>
      <w:tr w:rsidR="00C25DD2" w:rsidRPr="00E46FC5" w:rsidTr="008F28F0">
        <w:trPr>
          <w:trHeight w:hRule="exact" w:val="153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C25DD2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10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9F27BE">
            <w:pPr>
              <w:autoSpaceDE w:val="0"/>
              <w:autoSpaceDN w:val="0"/>
              <w:spacing w:before="70" w:after="0" w:line="281" w:lineRule="auto"/>
              <w:ind w:left="72" w:right="144"/>
              <w:rPr>
                <w:sz w:val="20"/>
                <w:szCs w:val="20"/>
                <w:lang w:val="ru-RU"/>
              </w:rPr>
            </w:pPr>
            <w:r w:rsidRPr="009F27BE">
              <w:rPr>
                <w:sz w:val="20"/>
                <w:szCs w:val="20"/>
                <w:lang w:val="ru-RU"/>
              </w:rPr>
              <w:t>Природные ледники: горные и покровные. Профессия гляциолог. Многолетняя мерзлота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C25DD2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C25DD2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sz w:val="20"/>
                <w:szCs w:val="20"/>
              </w:rPr>
              <w:t>11.11.2022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proofErr w:type="spellStart"/>
            <w:r w:rsidRPr="00E46FC5">
              <w:rPr>
                <w:sz w:val="20"/>
                <w:szCs w:val="20"/>
              </w:rPr>
              <w:t>Устный</w:t>
            </w:r>
            <w:proofErr w:type="spellEnd"/>
            <w:r w:rsidRPr="00E46FC5">
              <w:rPr>
                <w:sz w:val="20"/>
                <w:szCs w:val="20"/>
              </w:rPr>
              <w:t xml:space="preserve"> </w:t>
            </w:r>
            <w:proofErr w:type="spellStart"/>
            <w:r w:rsidRPr="00E46FC5">
              <w:rPr>
                <w:sz w:val="20"/>
                <w:szCs w:val="20"/>
              </w:rPr>
              <w:t>опрос</w:t>
            </w:r>
            <w:proofErr w:type="spellEnd"/>
            <w:r w:rsidRPr="00E46FC5">
              <w:rPr>
                <w:sz w:val="20"/>
                <w:szCs w:val="20"/>
              </w:rPr>
              <w:t>;</w:t>
            </w:r>
          </w:p>
        </w:tc>
      </w:tr>
      <w:tr w:rsidR="00C25DD2" w:rsidRPr="00E46FC5">
        <w:trPr>
          <w:trHeight w:hRule="exact" w:val="215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B11148">
            <w:pPr>
              <w:autoSpaceDE w:val="0"/>
              <w:autoSpaceDN w:val="0"/>
              <w:spacing w:before="70" w:after="0"/>
              <w:ind w:left="72" w:right="432"/>
              <w:rPr>
                <w:sz w:val="20"/>
                <w:szCs w:val="20"/>
                <w:lang w:val="ru-RU"/>
              </w:rPr>
            </w:pPr>
            <w:r w:rsidRPr="00B11148">
              <w:rPr>
                <w:sz w:val="20"/>
                <w:szCs w:val="20"/>
                <w:lang w:val="ru-RU"/>
              </w:rPr>
              <w:t>Стихийные явления в гидросфере, методы наблюдения и защиты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C25DD2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C25DD2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sz w:val="20"/>
                <w:szCs w:val="20"/>
              </w:rPr>
              <w:t>18.11.2022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5DD2" w:rsidRDefault="00C25DD2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;</w:t>
            </w:r>
          </w:p>
          <w:p w:rsidR="00E46FC5" w:rsidRPr="00E46FC5" w:rsidRDefault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sz w:val="20"/>
                <w:szCs w:val="20"/>
                <w:lang w:val="ru-RU"/>
              </w:rPr>
              <w:t>Письменный контроль;</w:t>
            </w:r>
          </w:p>
        </w:tc>
      </w:tr>
    </w:tbl>
    <w:p w:rsidR="00835869" w:rsidRPr="00E46FC5" w:rsidRDefault="00835869">
      <w:pPr>
        <w:rPr>
          <w:sz w:val="20"/>
          <w:szCs w:val="20"/>
          <w:lang w:val="ru-RU"/>
        </w:rPr>
        <w:sectPr w:rsidR="00835869" w:rsidRPr="00E46FC5">
          <w:pgSz w:w="11900" w:h="16840"/>
          <w:pgMar w:top="284" w:right="650" w:bottom="43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35869" w:rsidRPr="00E46FC5" w:rsidRDefault="00835869">
      <w:pPr>
        <w:autoSpaceDE w:val="0"/>
        <w:autoSpaceDN w:val="0"/>
        <w:spacing w:after="66" w:line="220" w:lineRule="exact"/>
        <w:rPr>
          <w:sz w:val="20"/>
          <w:szCs w:val="20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835869" w:rsidRPr="00E46FC5" w:rsidTr="00B11148">
        <w:trPr>
          <w:trHeight w:hRule="exact" w:val="312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  <w:r w:rsidR="0088145E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6D5428">
            <w:pPr>
              <w:autoSpaceDE w:val="0"/>
              <w:autoSpaceDN w:val="0"/>
              <w:spacing w:before="70" w:after="0"/>
              <w:ind w:left="72" w:right="144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B11148" w:rsidRPr="00B111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Человек и гидросфера. Использование человеком энергии воды. Использование космических методов в исследовании влияния человека на гидросферу. Практическая работа. Составление перечня поверхностных водных объектов своего края и их систематизация в форме таблицы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147E08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35869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147E08" w:rsidP="00E46FC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sz w:val="20"/>
                <w:szCs w:val="20"/>
              </w:rPr>
            </w:pPr>
            <w:proofErr w:type="spellStart"/>
            <w:r w:rsidRPr="00147E08">
              <w:rPr>
                <w:sz w:val="20"/>
                <w:szCs w:val="20"/>
              </w:rPr>
              <w:t>Практическая</w:t>
            </w:r>
            <w:proofErr w:type="spellEnd"/>
            <w:r w:rsidRPr="00147E08">
              <w:rPr>
                <w:sz w:val="20"/>
                <w:szCs w:val="20"/>
              </w:rPr>
              <w:t xml:space="preserve"> </w:t>
            </w:r>
            <w:proofErr w:type="spellStart"/>
            <w:r w:rsidRPr="00147E08">
              <w:rPr>
                <w:sz w:val="20"/>
                <w:szCs w:val="20"/>
              </w:rPr>
              <w:t>работа</w:t>
            </w:r>
            <w:proofErr w:type="spellEnd"/>
            <w:r w:rsidRPr="00147E08">
              <w:rPr>
                <w:sz w:val="20"/>
                <w:szCs w:val="20"/>
              </w:rPr>
              <w:t>;</w:t>
            </w:r>
          </w:p>
        </w:tc>
      </w:tr>
      <w:tr w:rsidR="00835869" w:rsidRPr="00E46FC5" w:rsidTr="00B11148">
        <w:trPr>
          <w:trHeight w:hRule="exact" w:val="113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  <w:r w:rsidR="0088145E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B11148">
            <w:pPr>
              <w:autoSpaceDE w:val="0"/>
              <w:autoSpaceDN w:val="0"/>
              <w:spacing w:before="98" w:after="0" w:line="288" w:lineRule="auto"/>
              <w:ind w:left="72"/>
              <w:rPr>
                <w:sz w:val="20"/>
                <w:szCs w:val="20"/>
                <w:lang w:val="ru-RU"/>
              </w:rPr>
            </w:pPr>
            <w:r w:rsidRPr="00B11148">
              <w:rPr>
                <w:sz w:val="20"/>
                <w:szCs w:val="20"/>
                <w:lang w:val="ru-RU"/>
              </w:rPr>
              <w:t>Воздушная оболочка Земли: газовый состав, строение и значение атмосферы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147E08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147E08">
            <w:pPr>
              <w:autoSpaceDE w:val="0"/>
              <w:autoSpaceDN w:val="0"/>
              <w:spacing w:before="98" w:after="0" w:line="262" w:lineRule="auto"/>
              <w:ind w:left="72" w:right="288"/>
              <w:rPr>
                <w:sz w:val="20"/>
                <w:szCs w:val="20"/>
              </w:rPr>
            </w:pPr>
            <w:proofErr w:type="spellStart"/>
            <w:r w:rsidRPr="00147E08">
              <w:rPr>
                <w:sz w:val="20"/>
                <w:szCs w:val="20"/>
              </w:rPr>
              <w:t>Устный</w:t>
            </w:r>
            <w:proofErr w:type="spellEnd"/>
            <w:r w:rsidRPr="00147E08">
              <w:rPr>
                <w:sz w:val="20"/>
                <w:szCs w:val="20"/>
              </w:rPr>
              <w:t xml:space="preserve"> </w:t>
            </w:r>
            <w:proofErr w:type="spellStart"/>
            <w:r w:rsidRPr="00147E08">
              <w:rPr>
                <w:sz w:val="20"/>
                <w:szCs w:val="20"/>
              </w:rPr>
              <w:t>опрос</w:t>
            </w:r>
            <w:proofErr w:type="spellEnd"/>
            <w:r w:rsidRPr="00147E08">
              <w:rPr>
                <w:sz w:val="20"/>
                <w:szCs w:val="20"/>
              </w:rPr>
              <w:t>;</w:t>
            </w:r>
          </w:p>
        </w:tc>
      </w:tr>
      <w:tr w:rsidR="00835869" w:rsidRPr="00E46FC5" w:rsidTr="00B11148">
        <w:trPr>
          <w:trHeight w:hRule="exact" w:val="21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4</w:t>
            </w:r>
            <w:r w:rsidR="0088145E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B11148" w:rsidRDefault="00B11148" w:rsidP="00B11148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B11148">
              <w:rPr>
                <w:sz w:val="20"/>
                <w:szCs w:val="20"/>
                <w:lang w:val="ru-RU"/>
              </w:rPr>
              <w:t>Температура воздуха. Суточный ход температуры воздуха и его графическое отображение. Особенности суточного хода температуры воздуха в зависимости от высоты Солнца над горизонтом.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02.12.2022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Письменный контроль;</w:t>
            </w:r>
          </w:p>
        </w:tc>
      </w:tr>
      <w:tr w:rsidR="00835869" w:rsidRPr="00E46FC5" w:rsidTr="00B11148">
        <w:trPr>
          <w:trHeight w:hRule="exact" w:val="269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5</w:t>
            </w:r>
            <w:r w:rsidR="0088145E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B11148">
            <w:pPr>
              <w:autoSpaceDE w:val="0"/>
              <w:autoSpaceDN w:val="0"/>
              <w:spacing w:before="98" w:after="0" w:line="271" w:lineRule="auto"/>
              <w:ind w:left="72" w:right="144"/>
              <w:rPr>
                <w:sz w:val="20"/>
                <w:szCs w:val="20"/>
              </w:rPr>
            </w:pPr>
            <w:r w:rsidRPr="00B11148">
              <w:rPr>
                <w:sz w:val="20"/>
                <w:szCs w:val="20"/>
                <w:lang w:val="ru-RU"/>
              </w:rPr>
              <w:t xml:space="preserve">Среднесуточная, среднемесячная, среднегодовая температура. Зависимость нагревания земной поверхности от угла падения солнечных лучей. </w:t>
            </w:r>
            <w:proofErr w:type="spellStart"/>
            <w:r w:rsidRPr="00B11148">
              <w:rPr>
                <w:sz w:val="20"/>
                <w:szCs w:val="20"/>
              </w:rPr>
              <w:t>Годовой</w:t>
            </w:r>
            <w:proofErr w:type="spellEnd"/>
            <w:r w:rsidRPr="00B11148">
              <w:rPr>
                <w:sz w:val="20"/>
                <w:szCs w:val="20"/>
              </w:rPr>
              <w:t xml:space="preserve"> </w:t>
            </w:r>
            <w:proofErr w:type="spellStart"/>
            <w:r w:rsidRPr="00B11148">
              <w:rPr>
                <w:sz w:val="20"/>
                <w:szCs w:val="20"/>
              </w:rPr>
              <w:t>ход</w:t>
            </w:r>
            <w:proofErr w:type="spellEnd"/>
            <w:r w:rsidRPr="00B11148">
              <w:rPr>
                <w:sz w:val="20"/>
                <w:szCs w:val="20"/>
              </w:rPr>
              <w:t xml:space="preserve"> </w:t>
            </w:r>
            <w:proofErr w:type="spellStart"/>
            <w:r w:rsidRPr="00B11148">
              <w:rPr>
                <w:sz w:val="20"/>
                <w:szCs w:val="20"/>
              </w:rPr>
              <w:t>температуры</w:t>
            </w:r>
            <w:proofErr w:type="spellEnd"/>
            <w:r w:rsidRPr="00B11148">
              <w:rPr>
                <w:sz w:val="20"/>
                <w:szCs w:val="20"/>
              </w:rPr>
              <w:t xml:space="preserve"> </w:t>
            </w:r>
            <w:proofErr w:type="spellStart"/>
            <w:r w:rsidRPr="00B11148">
              <w:rPr>
                <w:sz w:val="20"/>
                <w:szCs w:val="20"/>
              </w:rPr>
              <w:t>воздуха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09.12.2022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46FC5" w:rsidRPr="00E46FC5" w:rsidRDefault="00E46FC5" w:rsidP="00E46FC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;</w:t>
            </w:r>
          </w:p>
          <w:p w:rsidR="00835869" w:rsidRPr="00E46FC5" w:rsidRDefault="00835869" w:rsidP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</w:p>
        </w:tc>
      </w:tr>
      <w:tr w:rsidR="00835869" w:rsidRPr="00E46FC5" w:rsidTr="00B11148">
        <w:trPr>
          <w:trHeight w:hRule="exact" w:val="141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6</w:t>
            </w:r>
            <w:r w:rsidR="0088145E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B11148">
            <w:pPr>
              <w:autoSpaceDE w:val="0"/>
              <w:autoSpaceDN w:val="0"/>
              <w:spacing w:before="98" w:after="0" w:line="271" w:lineRule="auto"/>
              <w:ind w:left="72" w:right="432"/>
              <w:rPr>
                <w:sz w:val="20"/>
                <w:szCs w:val="20"/>
                <w:lang w:val="ru-RU"/>
              </w:rPr>
            </w:pPr>
            <w:r w:rsidRPr="00B11148">
              <w:rPr>
                <w:sz w:val="20"/>
                <w:szCs w:val="20"/>
                <w:lang w:val="ru-RU"/>
              </w:rPr>
              <w:t>Атмосферное давление. Ветер и причины его возникновения. Роза ветров. Бризы. Муссоны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46FC5" w:rsidRPr="00E46FC5" w:rsidRDefault="00E46FC5" w:rsidP="00E46FC5">
            <w:pPr>
              <w:autoSpaceDE w:val="0"/>
              <w:autoSpaceDN w:val="0"/>
              <w:spacing w:before="98" w:after="0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sz w:val="20"/>
                <w:szCs w:val="20"/>
                <w:lang w:val="ru-RU"/>
              </w:rPr>
              <w:t>Устный опрос;</w:t>
            </w:r>
          </w:p>
          <w:p w:rsidR="00835869" w:rsidRPr="00E46FC5" w:rsidRDefault="00E46FC5" w:rsidP="00E46FC5">
            <w:pPr>
              <w:autoSpaceDE w:val="0"/>
              <w:autoSpaceDN w:val="0"/>
              <w:spacing w:before="98" w:after="0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sz w:val="20"/>
                <w:szCs w:val="20"/>
                <w:lang w:val="ru-RU"/>
              </w:rPr>
              <w:t>Письменный контроль;</w:t>
            </w:r>
          </w:p>
        </w:tc>
      </w:tr>
      <w:tr w:rsidR="00835869" w:rsidRPr="00E46FC5">
        <w:trPr>
          <w:trHeight w:hRule="exact" w:val="215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7</w:t>
            </w:r>
            <w:r w:rsidR="0088145E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B11148">
            <w:pPr>
              <w:autoSpaceDE w:val="0"/>
              <w:autoSpaceDN w:val="0"/>
              <w:spacing w:before="70" w:after="0" w:line="262" w:lineRule="auto"/>
              <w:ind w:left="72" w:right="864"/>
              <w:rPr>
                <w:sz w:val="20"/>
                <w:szCs w:val="20"/>
                <w:lang w:val="ru-RU"/>
              </w:rPr>
            </w:pPr>
            <w:r w:rsidRPr="00B11148">
              <w:rPr>
                <w:sz w:val="20"/>
                <w:szCs w:val="20"/>
                <w:lang w:val="ru-RU"/>
              </w:rPr>
              <w:t>Вода в атмосфере. Влажность воздуха. Образование облаков. Облака и их виды. Туман.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46FC5" w:rsidRPr="00E46FC5" w:rsidRDefault="00E46FC5" w:rsidP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proofErr w:type="spellStart"/>
            <w:r w:rsidRPr="00E46FC5">
              <w:rPr>
                <w:sz w:val="20"/>
                <w:szCs w:val="20"/>
              </w:rPr>
              <w:t>Устный</w:t>
            </w:r>
            <w:proofErr w:type="spellEnd"/>
            <w:r w:rsidRPr="00E46FC5">
              <w:rPr>
                <w:sz w:val="20"/>
                <w:szCs w:val="20"/>
              </w:rPr>
              <w:t xml:space="preserve"> </w:t>
            </w:r>
            <w:proofErr w:type="spellStart"/>
            <w:r w:rsidRPr="00E46FC5">
              <w:rPr>
                <w:sz w:val="20"/>
                <w:szCs w:val="20"/>
              </w:rPr>
              <w:t>опрос</w:t>
            </w:r>
            <w:proofErr w:type="spellEnd"/>
            <w:r w:rsidRPr="00E46FC5">
              <w:rPr>
                <w:sz w:val="20"/>
                <w:szCs w:val="20"/>
              </w:rPr>
              <w:t>;</w:t>
            </w:r>
          </w:p>
          <w:p w:rsidR="00835869" w:rsidRPr="00E46FC5" w:rsidRDefault="00E46FC5" w:rsidP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proofErr w:type="spellStart"/>
            <w:r w:rsidRPr="00E46FC5">
              <w:rPr>
                <w:sz w:val="20"/>
                <w:szCs w:val="20"/>
              </w:rPr>
              <w:t>Письменный</w:t>
            </w:r>
            <w:proofErr w:type="spellEnd"/>
            <w:r w:rsidRPr="00E46FC5">
              <w:rPr>
                <w:sz w:val="20"/>
                <w:szCs w:val="20"/>
              </w:rPr>
              <w:t xml:space="preserve"> </w:t>
            </w:r>
            <w:proofErr w:type="spellStart"/>
            <w:r w:rsidRPr="00E46FC5">
              <w:rPr>
                <w:sz w:val="20"/>
                <w:szCs w:val="20"/>
              </w:rPr>
              <w:t>контроль</w:t>
            </w:r>
            <w:proofErr w:type="spellEnd"/>
            <w:r w:rsidRPr="00E46FC5">
              <w:rPr>
                <w:sz w:val="20"/>
                <w:szCs w:val="20"/>
              </w:rPr>
              <w:t>;</w:t>
            </w:r>
          </w:p>
        </w:tc>
      </w:tr>
    </w:tbl>
    <w:p w:rsidR="00835869" w:rsidRPr="00E46FC5" w:rsidRDefault="00835869">
      <w:pPr>
        <w:autoSpaceDE w:val="0"/>
        <w:autoSpaceDN w:val="0"/>
        <w:spacing w:after="0" w:line="14" w:lineRule="exact"/>
        <w:rPr>
          <w:sz w:val="20"/>
          <w:szCs w:val="20"/>
        </w:rPr>
      </w:pPr>
    </w:p>
    <w:p w:rsidR="00835869" w:rsidRPr="00E46FC5" w:rsidRDefault="00835869">
      <w:pPr>
        <w:rPr>
          <w:sz w:val="20"/>
          <w:szCs w:val="20"/>
        </w:rPr>
        <w:sectPr w:rsidR="00835869" w:rsidRPr="00E46FC5">
          <w:pgSz w:w="11900" w:h="16840"/>
          <w:pgMar w:top="284" w:right="650" w:bottom="9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35869" w:rsidRPr="00E46FC5" w:rsidRDefault="00835869">
      <w:pPr>
        <w:autoSpaceDE w:val="0"/>
        <w:autoSpaceDN w:val="0"/>
        <w:spacing w:after="66" w:line="220" w:lineRule="exact"/>
        <w:rPr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835869" w:rsidRPr="00E46FC5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8</w:t>
            </w:r>
            <w:r w:rsidR="0088145E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B11148" w:rsidP="009F27BE">
            <w:pPr>
              <w:autoSpaceDE w:val="0"/>
              <w:autoSpaceDN w:val="0"/>
              <w:spacing w:before="70" w:after="0" w:line="281" w:lineRule="auto"/>
              <w:ind w:left="72"/>
              <w:rPr>
                <w:sz w:val="20"/>
                <w:szCs w:val="20"/>
                <w:lang w:val="ru-RU"/>
              </w:rPr>
            </w:pPr>
            <w:r w:rsidRPr="00B11148">
              <w:rPr>
                <w:sz w:val="20"/>
                <w:szCs w:val="20"/>
                <w:lang w:val="ru-RU"/>
              </w:rPr>
              <w:t>Образование и выпадение атмосферных осадков. Виды атмосферных осадков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147E08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147E08">
            <w:pPr>
              <w:autoSpaceDE w:val="0"/>
              <w:autoSpaceDN w:val="0"/>
              <w:spacing w:before="98" w:after="0" w:line="262" w:lineRule="auto"/>
              <w:ind w:left="72" w:right="288"/>
              <w:rPr>
                <w:sz w:val="20"/>
                <w:szCs w:val="20"/>
              </w:rPr>
            </w:pPr>
            <w:proofErr w:type="spellStart"/>
            <w:r w:rsidRPr="00147E08">
              <w:rPr>
                <w:sz w:val="20"/>
                <w:szCs w:val="20"/>
              </w:rPr>
              <w:t>Устный</w:t>
            </w:r>
            <w:proofErr w:type="spellEnd"/>
            <w:r w:rsidRPr="00147E08">
              <w:rPr>
                <w:sz w:val="20"/>
                <w:szCs w:val="20"/>
              </w:rPr>
              <w:t xml:space="preserve"> </w:t>
            </w:r>
            <w:proofErr w:type="spellStart"/>
            <w:r w:rsidRPr="00147E08">
              <w:rPr>
                <w:sz w:val="20"/>
                <w:szCs w:val="20"/>
              </w:rPr>
              <w:t>опрос</w:t>
            </w:r>
            <w:proofErr w:type="spellEnd"/>
            <w:r w:rsidRPr="00147E08">
              <w:rPr>
                <w:sz w:val="20"/>
                <w:szCs w:val="20"/>
              </w:rPr>
              <w:t>;</w:t>
            </w:r>
          </w:p>
        </w:tc>
      </w:tr>
      <w:tr w:rsidR="00835869" w:rsidRPr="00E46FC5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9</w:t>
            </w:r>
            <w:r w:rsidR="0088145E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B11148">
            <w:pPr>
              <w:autoSpaceDE w:val="0"/>
              <w:autoSpaceDN w:val="0"/>
              <w:spacing w:before="98" w:after="0" w:line="283" w:lineRule="auto"/>
              <w:ind w:left="72" w:right="144"/>
              <w:rPr>
                <w:sz w:val="20"/>
                <w:szCs w:val="20"/>
                <w:lang w:val="ru-RU"/>
              </w:rPr>
            </w:pPr>
            <w:r w:rsidRPr="00B11148">
              <w:rPr>
                <w:sz w:val="20"/>
                <w:szCs w:val="20"/>
                <w:lang w:val="ru-RU"/>
              </w:rPr>
              <w:t>Погода и её показатели. Причины изменения погоды. Практическая работа. Представление результатов наблюдения за погодой своей местности в виде розы ветров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B151BE" w:rsidRDefault="00B151B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B151BE" w:rsidP="00B151BE">
            <w:pPr>
              <w:autoSpaceDE w:val="0"/>
              <w:autoSpaceDN w:val="0"/>
              <w:spacing w:before="98" w:after="0"/>
              <w:ind w:left="72"/>
              <w:rPr>
                <w:sz w:val="20"/>
                <w:szCs w:val="20"/>
                <w:lang w:val="ru-RU"/>
              </w:rPr>
            </w:pPr>
            <w:r w:rsidRPr="00B151BE">
              <w:rPr>
                <w:sz w:val="20"/>
                <w:szCs w:val="20"/>
                <w:lang w:val="ru-RU"/>
              </w:rPr>
              <w:t>Практическая работа.</w:t>
            </w:r>
          </w:p>
        </w:tc>
      </w:tr>
      <w:tr w:rsidR="00835869" w:rsidRPr="00E46FC5" w:rsidTr="009F27BE">
        <w:trPr>
          <w:trHeight w:hRule="exact" w:val="19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20</w:t>
            </w:r>
            <w:r w:rsidR="0088145E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B11148">
            <w:pPr>
              <w:autoSpaceDE w:val="0"/>
              <w:autoSpaceDN w:val="0"/>
              <w:spacing w:before="70" w:after="0" w:line="286" w:lineRule="auto"/>
              <w:ind w:left="72"/>
              <w:rPr>
                <w:sz w:val="20"/>
                <w:szCs w:val="20"/>
                <w:lang w:val="ru-RU"/>
              </w:rPr>
            </w:pPr>
            <w:r w:rsidRPr="00B11148">
              <w:rPr>
                <w:sz w:val="20"/>
                <w:szCs w:val="20"/>
                <w:lang w:val="ru-RU"/>
              </w:rPr>
              <w:t>Климат и климатообразующие факторы. Зависимость климата от географической широты и высоты местности над уровнем моря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Письменный контроль;</w:t>
            </w:r>
          </w:p>
        </w:tc>
      </w:tr>
      <w:tr w:rsidR="00835869" w:rsidRPr="00E46FC5" w:rsidTr="009F27BE">
        <w:trPr>
          <w:trHeight w:hRule="exact" w:val="16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  <w:r w:rsidR="0088145E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B11148">
            <w:pPr>
              <w:autoSpaceDE w:val="0"/>
              <w:autoSpaceDN w:val="0"/>
              <w:spacing w:before="72" w:after="0"/>
              <w:ind w:left="72" w:right="288"/>
              <w:rPr>
                <w:sz w:val="20"/>
                <w:szCs w:val="20"/>
                <w:lang w:val="ru-RU"/>
              </w:rPr>
            </w:pPr>
            <w:r w:rsidRPr="00B11148">
              <w:rPr>
                <w:sz w:val="20"/>
                <w:szCs w:val="20"/>
                <w:lang w:val="ru-RU"/>
              </w:rPr>
              <w:t>Человек и атмосфера. Взаимовлияние человека и атмосферы. Адаптация человека к климатическим условиям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03.02.2023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46FC5" w:rsidRPr="00E46FC5" w:rsidRDefault="00E46FC5" w:rsidP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proofErr w:type="spellStart"/>
            <w:r w:rsidRPr="00E46FC5">
              <w:rPr>
                <w:sz w:val="20"/>
                <w:szCs w:val="20"/>
              </w:rPr>
              <w:t>Устный</w:t>
            </w:r>
            <w:proofErr w:type="spellEnd"/>
            <w:r w:rsidRPr="00E46FC5">
              <w:rPr>
                <w:sz w:val="20"/>
                <w:szCs w:val="20"/>
              </w:rPr>
              <w:t xml:space="preserve"> </w:t>
            </w:r>
            <w:proofErr w:type="spellStart"/>
            <w:r w:rsidRPr="00E46FC5">
              <w:rPr>
                <w:sz w:val="20"/>
                <w:szCs w:val="20"/>
              </w:rPr>
              <w:t>опрос</w:t>
            </w:r>
            <w:proofErr w:type="spellEnd"/>
            <w:r w:rsidRPr="00E46FC5">
              <w:rPr>
                <w:sz w:val="20"/>
                <w:szCs w:val="20"/>
              </w:rPr>
              <w:t>;</w:t>
            </w:r>
          </w:p>
          <w:p w:rsidR="00835869" w:rsidRPr="00E46FC5" w:rsidRDefault="00835869" w:rsidP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</w:p>
        </w:tc>
      </w:tr>
      <w:tr w:rsidR="00835869" w:rsidRPr="00E46FC5" w:rsidTr="00B11148">
        <w:trPr>
          <w:trHeight w:hRule="exact" w:val="453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  <w:r w:rsidR="0088145E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9F27BE" w:rsidRDefault="00B11148">
            <w:pPr>
              <w:autoSpaceDE w:val="0"/>
              <w:autoSpaceDN w:val="0"/>
              <w:spacing w:before="98" w:after="0"/>
              <w:ind w:left="72" w:right="288"/>
              <w:rPr>
                <w:sz w:val="20"/>
                <w:szCs w:val="20"/>
                <w:lang w:val="ru-RU"/>
              </w:rPr>
            </w:pPr>
            <w:r w:rsidRPr="00B11148">
              <w:rPr>
                <w:sz w:val="20"/>
                <w:szCs w:val="20"/>
                <w:lang w:val="ru-RU"/>
              </w:rPr>
              <w:t>Профессия метеоролог.</w:t>
            </w:r>
            <w:r w:rsidR="00147E08">
              <w:rPr>
                <w:sz w:val="20"/>
                <w:szCs w:val="20"/>
                <w:lang w:val="ru-RU"/>
              </w:rPr>
              <w:t xml:space="preserve"> </w:t>
            </w:r>
            <w:r w:rsidRPr="00B11148">
              <w:rPr>
                <w:sz w:val="20"/>
                <w:szCs w:val="20"/>
                <w:lang w:val="ru-RU"/>
              </w:rPr>
              <w:t>Основные метеорологические данные и способы отображения состояния погоды на метеорологической карте. Стихийные явления в атмосфере. Практическая работа. Анализ графиков суточного хода температуры воздуха и относительной влажности с целью установления зависимости между данными элементами погоды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147E08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10.02.2023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47E08" w:rsidRPr="00E46FC5" w:rsidRDefault="0088145E" w:rsidP="00147E08">
            <w:pPr>
              <w:autoSpaceDE w:val="0"/>
              <w:autoSpaceDN w:val="0"/>
              <w:spacing w:before="98" w:after="0"/>
              <w:ind w:left="156" w:hanging="156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147E08" w:rsidRPr="00147E0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Письменный контроль;</w:t>
            </w:r>
          </w:p>
          <w:p w:rsidR="00835869" w:rsidRPr="00E46FC5" w:rsidRDefault="00835869" w:rsidP="00E46FC5">
            <w:pPr>
              <w:autoSpaceDE w:val="0"/>
              <w:autoSpaceDN w:val="0"/>
              <w:spacing w:before="98" w:after="0"/>
              <w:ind w:left="156" w:hanging="156"/>
              <w:rPr>
                <w:sz w:val="20"/>
                <w:szCs w:val="20"/>
                <w:lang w:val="ru-RU"/>
              </w:rPr>
            </w:pPr>
          </w:p>
        </w:tc>
      </w:tr>
    </w:tbl>
    <w:p w:rsidR="00835869" w:rsidRPr="00E46FC5" w:rsidRDefault="00835869">
      <w:pPr>
        <w:autoSpaceDE w:val="0"/>
        <w:autoSpaceDN w:val="0"/>
        <w:spacing w:after="0" w:line="14" w:lineRule="exact"/>
        <w:rPr>
          <w:sz w:val="20"/>
          <w:szCs w:val="20"/>
          <w:lang w:val="ru-RU"/>
        </w:rPr>
      </w:pPr>
    </w:p>
    <w:p w:rsidR="00835869" w:rsidRPr="00E46FC5" w:rsidRDefault="00835869">
      <w:pPr>
        <w:rPr>
          <w:sz w:val="20"/>
          <w:szCs w:val="20"/>
          <w:lang w:val="ru-RU"/>
        </w:rPr>
        <w:sectPr w:rsidR="00835869" w:rsidRPr="00E46FC5">
          <w:pgSz w:w="11900" w:h="16840"/>
          <w:pgMar w:top="284" w:right="650" w:bottom="135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35869" w:rsidRPr="00E46FC5" w:rsidRDefault="00835869">
      <w:pPr>
        <w:autoSpaceDE w:val="0"/>
        <w:autoSpaceDN w:val="0"/>
        <w:spacing w:after="66" w:line="220" w:lineRule="exact"/>
        <w:rPr>
          <w:sz w:val="20"/>
          <w:szCs w:val="20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835869" w:rsidRPr="00E46FC5" w:rsidTr="009F27BE">
        <w:trPr>
          <w:trHeight w:hRule="exact" w:val="156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  <w:r w:rsidR="0088145E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70" w:after="0"/>
              <w:ind w:left="72" w:right="288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9F27BE" w:rsidRPr="009F27BE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Стихийные явления в атмосфере. Современные изменения климата.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Устный опрос;</w:t>
            </w:r>
          </w:p>
        </w:tc>
      </w:tr>
      <w:tr w:rsidR="00835869" w:rsidRPr="00E46FC5" w:rsidTr="009F27BE">
        <w:trPr>
          <w:trHeight w:hRule="exact" w:val="268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4</w:t>
            </w:r>
            <w:r w:rsidR="0088145E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47E08" w:rsidRDefault="009F27BE">
            <w:pPr>
              <w:autoSpaceDE w:val="0"/>
              <w:autoSpaceDN w:val="0"/>
              <w:spacing w:before="98" w:after="0" w:line="278" w:lineRule="auto"/>
              <w:ind w:left="72" w:right="432"/>
              <w:rPr>
                <w:sz w:val="20"/>
                <w:szCs w:val="20"/>
                <w:lang w:val="ru-RU"/>
              </w:rPr>
            </w:pPr>
            <w:r w:rsidRPr="009F27BE">
              <w:rPr>
                <w:sz w:val="20"/>
                <w:szCs w:val="20"/>
                <w:lang w:val="ru-RU"/>
              </w:rPr>
              <w:t>Способы изучения и наблюдения за глобальным климатом.</w:t>
            </w:r>
          </w:p>
          <w:p w:rsidR="00835869" w:rsidRPr="00E46FC5" w:rsidRDefault="009F27BE">
            <w:pPr>
              <w:autoSpaceDE w:val="0"/>
              <w:autoSpaceDN w:val="0"/>
              <w:spacing w:before="98" w:after="0" w:line="278" w:lineRule="auto"/>
              <w:ind w:left="72" w:right="432"/>
              <w:rPr>
                <w:sz w:val="20"/>
                <w:szCs w:val="20"/>
                <w:lang w:val="ru-RU"/>
              </w:rPr>
            </w:pPr>
            <w:r w:rsidRPr="009F27BE">
              <w:rPr>
                <w:sz w:val="20"/>
                <w:szCs w:val="20"/>
                <w:lang w:val="ru-RU"/>
              </w:rPr>
              <w:t>Профессия климатолог. Дистанционные методы в исследовании влияния человека на воздушную оболочку Земли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147E08" w:rsidRDefault="00147E08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B151B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sz w:val="20"/>
                <w:szCs w:val="20"/>
              </w:rPr>
            </w:pPr>
            <w:proofErr w:type="spellStart"/>
            <w:r w:rsidRPr="00B151BE">
              <w:rPr>
                <w:sz w:val="20"/>
                <w:szCs w:val="20"/>
              </w:rPr>
              <w:t>Устный</w:t>
            </w:r>
            <w:proofErr w:type="spellEnd"/>
            <w:r w:rsidRPr="00B151BE">
              <w:rPr>
                <w:sz w:val="20"/>
                <w:szCs w:val="20"/>
              </w:rPr>
              <w:t xml:space="preserve"> </w:t>
            </w:r>
            <w:proofErr w:type="spellStart"/>
            <w:r w:rsidRPr="00B151BE">
              <w:rPr>
                <w:sz w:val="20"/>
                <w:szCs w:val="20"/>
              </w:rPr>
              <w:t>опрос</w:t>
            </w:r>
            <w:proofErr w:type="spellEnd"/>
            <w:r w:rsidRPr="00B151BE">
              <w:rPr>
                <w:sz w:val="20"/>
                <w:szCs w:val="20"/>
              </w:rPr>
              <w:t>;</w:t>
            </w:r>
          </w:p>
        </w:tc>
      </w:tr>
      <w:tr w:rsidR="00835869" w:rsidRPr="00E46FC5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5</w:t>
            </w:r>
            <w:r w:rsidR="0088145E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47E08" w:rsidRDefault="009F27BE">
            <w:pPr>
              <w:autoSpaceDE w:val="0"/>
              <w:autoSpaceDN w:val="0"/>
              <w:spacing w:before="70" w:after="0" w:line="262" w:lineRule="auto"/>
              <w:ind w:left="72"/>
              <w:rPr>
                <w:sz w:val="20"/>
                <w:szCs w:val="20"/>
                <w:lang w:val="ru-RU"/>
              </w:rPr>
            </w:pPr>
            <w:r w:rsidRPr="009F27BE">
              <w:rPr>
                <w:sz w:val="20"/>
                <w:szCs w:val="20"/>
                <w:lang w:val="ru-RU"/>
              </w:rPr>
              <w:t>Биосфера — оболочка жизни. Границы биосферы</w:t>
            </w:r>
            <w:r w:rsidR="00147E08">
              <w:rPr>
                <w:sz w:val="20"/>
                <w:szCs w:val="20"/>
                <w:lang w:val="ru-RU"/>
              </w:rPr>
              <w:t>.</w:t>
            </w:r>
          </w:p>
          <w:p w:rsidR="00835869" w:rsidRPr="00E46FC5" w:rsidRDefault="009F27BE">
            <w:pPr>
              <w:autoSpaceDE w:val="0"/>
              <w:autoSpaceDN w:val="0"/>
              <w:spacing w:before="70" w:after="0" w:line="262" w:lineRule="auto"/>
              <w:ind w:left="72"/>
              <w:rPr>
                <w:sz w:val="20"/>
                <w:szCs w:val="20"/>
                <w:lang w:val="ru-RU"/>
              </w:rPr>
            </w:pPr>
            <w:r w:rsidRPr="009F27BE">
              <w:rPr>
                <w:sz w:val="20"/>
                <w:szCs w:val="20"/>
                <w:lang w:val="ru-RU"/>
              </w:rPr>
              <w:t xml:space="preserve">Профессии </w:t>
            </w:r>
            <w:proofErr w:type="spellStart"/>
            <w:r w:rsidRPr="009F27BE">
              <w:rPr>
                <w:sz w:val="20"/>
                <w:szCs w:val="20"/>
                <w:lang w:val="ru-RU"/>
              </w:rPr>
              <w:t>биогеограф</w:t>
            </w:r>
            <w:proofErr w:type="spellEnd"/>
            <w:r w:rsidRPr="009F27BE">
              <w:rPr>
                <w:sz w:val="20"/>
                <w:szCs w:val="20"/>
                <w:lang w:val="ru-RU"/>
              </w:rPr>
              <w:t xml:space="preserve"> и геоэколог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03.03.2023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Устный опрос;</w:t>
            </w:r>
          </w:p>
        </w:tc>
      </w:tr>
      <w:tr w:rsidR="00835869" w:rsidRPr="00E46FC5" w:rsidTr="009F27BE">
        <w:trPr>
          <w:trHeight w:hRule="exact" w:val="20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6</w:t>
            </w:r>
            <w:r w:rsidR="0088145E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9F27B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sz w:val="20"/>
                <w:szCs w:val="20"/>
              </w:rPr>
            </w:pPr>
            <w:r w:rsidRPr="009F27BE">
              <w:rPr>
                <w:sz w:val="20"/>
                <w:szCs w:val="20"/>
                <w:lang w:val="ru-RU"/>
              </w:rPr>
              <w:t xml:space="preserve">Растительный и животный мир Земли. Разнообразие животного и растительного мира. </w:t>
            </w:r>
            <w:proofErr w:type="spellStart"/>
            <w:r w:rsidRPr="009F27BE">
              <w:rPr>
                <w:sz w:val="20"/>
                <w:szCs w:val="20"/>
              </w:rPr>
              <w:t>Практическая</w:t>
            </w:r>
            <w:proofErr w:type="spellEnd"/>
            <w:r w:rsidRPr="009F27BE">
              <w:rPr>
                <w:sz w:val="20"/>
                <w:szCs w:val="20"/>
              </w:rPr>
              <w:t xml:space="preserve"> </w:t>
            </w:r>
            <w:proofErr w:type="spellStart"/>
            <w:r w:rsidRPr="009F27BE">
              <w:rPr>
                <w:sz w:val="20"/>
                <w:szCs w:val="20"/>
              </w:rPr>
              <w:t>работа</w:t>
            </w:r>
            <w:proofErr w:type="spellEnd"/>
            <w:r w:rsidRPr="009F27BE">
              <w:rPr>
                <w:sz w:val="20"/>
                <w:szCs w:val="20"/>
              </w:rPr>
              <w:t xml:space="preserve">. </w:t>
            </w:r>
            <w:proofErr w:type="spellStart"/>
            <w:r w:rsidRPr="009F27BE">
              <w:rPr>
                <w:sz w:val="20"/>
                <w:szCs w:val="20"/>
              </w:rPr>
              <w:t>Характеристика</w:t>
            </w:r>
            <w:proofErr w:type="spellEnd"/>
            <w:r w:rsidRPr="009F27BE">
              <w:rPr>
                <w:sz w:val="20"/>
                <w:szCs w:val="20"/>
              </w:rPr>
              <w:t xml:space="preserve"> </w:t>
            </w:r>
            <w:proofErr w:type="spellStart"/>
            <w:r w:rsidRPr="009F27BE">
              <w:rPr>
                <w:sz w:val="20"/>
                <w:szCs w:val="20"/>
              </w:rPr>
              <w:t>растительности</w:t>
            </w:r>
            <w:proofErr w:type="spellEnd"/>
            <w:r w:rsidRPr="009F27BE">
              <w:rPr>
                <w:sz w:val="20"/>
                <w:szCs w:val="20"/>
              </w:rPr>
              <w:t xml:space="preserve"> </w:t>
            </w:r>
            <w:proofErr w:type="spellStart"/>
            <w:r w:rsidRPr="009F27BE">
              <w:rPr>
                <w:sz w:val="20"/>
                <w:szCs w:val="20"/>
              </w:rPr>
              <w:t>участка</w:t>
            </w:r>
            <w:proofErr w:type="spellEnd"/>
            <w:r w:rsidRPr="009F27BE">
              <w:rPr>
                <w:sz w:val="20"/>
                <w:szCs w:val="20"/>
              </w:rPr>
              <w:t xml:space="preserve"> </w:t>
            </w:r>
            <w:proofErr w:type="spellStart"/>
            <w:r w:rsidRPr="009F27BE">
              <w:rPr>
                <w:sz w:val="20"/>
                <w:szCs w:val="20"/>
              </w:rPr>
              <w:t>местности</w:t>
            </w:r>
            <w:proofErr w:type="spellEnd"/>
            <w:r w:rsidRPr="009F27BE">
              <w:rPr>
                <w:sz w:val="20"/>
                <w:szCs w:val="20"/>
              </w:rPr>
              <w:t xml:space="preserve"> </w:t>
            </w:r>
            <w:proofErr w:type="spellStart"/>
            <w:r w:rsidRPr="009F27BE">
              <w:rPr>
                <w:sz w:val="20"/>
                <w:szCs w:val="20"/>
              </w:rPr>
              <w:t>своего</w:t>
            </w:r>
            <w:proofErr w:type="spellEnd"/>
            <w:r w:rsidRPr="009F27BE">
              <w:rPr>
                <w:sz w:val="20"/>
                <w:szCs w:val="20"/>
              </w:rPr>
              <w:t xml:space="preserve"> </w:t>
            </w:r>
            <w:proofErr w:type="spellStart"/>
            <w:r w:rsidRPr="009F27BE">
              <w:rPr>
                <w:sz w:val="20"/>
                <w:szCs w:val="20"/>
              </w:rPr>
              <w:t>края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B151B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B151B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Практическая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B151BE">
              <w:rPr>
                <w:sz w:val="20"/>
                <w:szCs w:val="20"/>
              </w:rPr>
              <w:t>работа</w:t>
            </w:r>
            <w:proofErr w:type="spellEnd"/>
            <w:r w:rsidRPr="00B151BE">
              <w:rPr>
                <w:sz w:val="20"/>
                <w:szCs w:val="20"/>
              </w:rPr>
              <w:t>;</w:t>
            </w:r>
          </w:p>
        </w:tc>
      </w:tr>
      <w:tr w:rsidR="00835869" w:rsidRPr="00E46FC5" w:rsidTr="009F27BE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7</w:t>
            </w:r>
            <w:r w:rsidR="0088145E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9F27BE" w:rsidRDefault="009F27BE" w:rsidP="009F27B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sz w:val="20"/>
                <w:szCs w:val="20"/>
                <w:lang w:val="ru-RU"/>
              </w:rPr>
            </w:pPr>
            <w:r w:rsidRPr="009F27BE">
              <w:rPr>
                <w:lang w:val="ru-RU"/>
              </w:rPr>
              <w:t xml:space="preserve"> </w:t>
            </w:r>
            <w:r w:rsidRPr="009F27BE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Приспособление живых организмов к среде обитания в разных природных зонах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46FC5" w:rsidRPr="00E46FC5" w:rsidRDefault="00E46FC5" w:rsidP="00E46FC5">
            <w:pPr>
              <w:autoSpaceDE w:val="0"/>
              <w:autoSpaceDN w:val="0"/>
              <w:spacing w:before="98" w:after="0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sz w:val="20"/>
                <w:szCs w:val="20"/>
                <w:lang w:val="ru-RU"/>
              </w:rPr>
              <w:t>Устный опрос;</w:t>
            </w:r>
          </w:p>
          <w:p w:rsidR="00835869" w:rsidRPr="00E46FC5" w:rsidRDefault="00835869" w:rsidP="00E46FC5">
            <w:pPr>
              <w:autoSpaceDE w:val="0"/>
              <w:autoSpaceDN w:val="0"/>
              <w:spacing w:before="98" w:after="0"/>
              <w:ind w:left="72"/>
              <w:rPr>
                <w:sz w:val="20"/>
                <w:szCs w:val="20"/>
                <w:lang w:val="ru-RU"/>
              </w:rPr>
            </w:pPr>
          </w:p>
        </w:tc>
      </w:tr>
      <w:tr w:rsidR="00835869" w:rsidRPr="00E46FC5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8</w:t>
            </w:r>
            <w:r w:rsidR="0088145E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9F27BE" w:rsidRDefault="009F27BE">
            <w:pPr>
              <w:autoSpaceDE w:val="0"/>
              <w:autoSpaceDN w:val="0"/>
              <w:spacing w:before="70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9F27BE">
              <w:rPr>
                <w:sz w:val="20"/>
                <w:szCs w:val="20"/>
                <w:lang w:val="ru-RU"/>
              </w:rPr>
              <w:t>Жизнь в Океане. Изменение животного и растительного мира Океана с глубиной и географической широтой.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07.04.2023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 w:rsidP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proofErr w:type="spellStart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;</w:t>
            </w:r>
            <w:r w:rsidR="0020456C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</w:tr>
      <w:tr w:rsidR="00835869" w:rsidRPr="00E46FC5" w:rsidTr="009F27BE">
        <w:trPr>
          <w:trHeight w:hRule="exact" w:val="147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9</w:t>
            </w:r>
            <w:r w:rsidR="0088145E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9F27BE" w:rsidP="009F27BE">
            <w:pPr>
              <w:autoSpaceDE w:val="0"/>
              <w:autoSpaceDN w:val="0"/>
              <w:spacing w:before="98" w:after="0" w:line="281" w:lineRule="auto"/>
              <w:ind w:left="72"/>
              <w:rPr>
                <w:sz w:val="20"/>
                <w:szCs w:val="20"/>
                <w:lang w:val="ru-RU"/>
              </w:rPr>
            </w:pPr>
            <w:r w:rsidRPr="009F27BE">
              <w:rPr>
                <w:sz w:val="20"/>
                <w:szCs w:val="20"/>
                <w:lang w:val="ru-RU"/>
              </w:rPr>
              <w:t>Человек как часть биосферы. Распространение людей на Земле. Исследования и экологические проблемы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14.04.2023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46FC5" w:rsidRPr="00E46FC5" w:rsidRDefault="00E46FC5" w:rsidP="00E46FC5">
            <w:pPr>
              <w:autoSpaceDE w:val="0"/>
              <w:autoSpaceDN w:val="0"/>
              <w:spacing w:before="98" w:after="0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sz w:val="20"/>
                <w:szCs w:val="20"/>
                <w:lang w:val="ru-RU"/>
              </w:rPr>
              <w:t>Устный опрос;</w:t>
            </w:r>
          </w:p>
          <w:p w:rsidR="00835869" w:rsidRPr="00E46FC5" w:rsidRDefault="00835869" w:rsidP="00E46FC5">
            <w:pPr>
              <w:autoSpaceDE w:val="0"/>
              <w:autoSpaceDN w:val="0"/>
              <w:spacing w:before="98" w:after="0"/>
              <w:ind w:left="72"/>
              <w:rPr>
                <w:sz w:val="20"/>
                <w:szCs w:val="20"/>
                <w:lang w:val="ru-RU"/>
              </w:rPr>
            </w:pPr>
          </w:p>
        </w:tc>
      </w:tr>
      <w:tr w:rsidR="00835869" w:rsidRPr="00E46FC5">
        <w:trPr>
          <w:trHeight w:hRule="exact" w:val="24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30</w:t>
            </w:r>
            <w:r w:rsidR="0088145E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9F27BE" w:rsidP="0020456C">
            <w:pPr>
              <w:autoSpaceDE w:val="0"/>
              <w:autoSpaceDN w:val="0"/>
              <w:spacing w:before="98" w:after="0" w:line="283" w:lineRule="auto"/>
              <w:ind w:left="72" w:right="288"/>
              <w:rPr>
                <w:sz w:val="20"/>
                <w:szCs w:val="20"/>
                <w:lang w:val="ru-RU"/>
              </w:rPr>
            </w:pPr>
            <w:r w:rsidRPr="009F27BE">
              <w:rPr>
                <w:sz w:val="20"/>
                <w:szCs w:val="20"/>
                <w:lang w:val="ru-RU"/>
              </w:rPr>
              <w:t>Взаимосвязь оболочек Земли. Понятие о природном комплексе. Природно-территориальный комплекс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20456C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21.04.2023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46FC5" w:rsidRPr="00E46FC5" w:rsidRDefault="0088145E" w:rsidP="00E46FC5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46FC5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Устный</w:t>
            </w:r>
            <w:proofErr w:type="spellEnd"/>
            <w:r w:rsidR="00E46FC5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46FC5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опрос</w:t>
            </w:r>
            <w:proofErr w:type="spellEnd"/>
            <w:r w:rsidR="00E46FC5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;</w:t>
            </w:r>
          </w:p>
          <w:p w:rsidR="00835869" w:rsidRPr="00E46FC5" w:rsidRDefault="00E46FC5" w:rsidP="00E46FC5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sz w:val="20"/>
                <w:szCs w:val="20"/>
              </w:rPr>
            </w:pPr>
            <w:proofErr w:type="spellStart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Письменный</w:t>
            </w:r>
            <w:proofErr w:type="spellEnd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контроль</w:t>
            </w:r>
            <w:proofErr w:type="spellEnd"/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;</w:t>
            </w:r>
          </w:p>
        </w:tc>
      </w:tr>
    </w:tbl>
    <w:p w:rsidR="00835869" w:rsidRPr="00E46FC5" w:rsidRDefault="00835869">
      <w:pPr>
        <w:autoSpaceDE w:val="0"/>
        <w:autoSpaceDN w:val="0"/>
        <w:spacing w:after="0" w:line="14" w:lineRule="exact"/>
        <w:rPr>
          <w:sz w:val="20"/>
          <w:szCs w:val="20"/>
        </w:rPr>
      </w:pPr>
    </w:p>
    <w:p w:rsidR="00835869" w:rsidRPr="00E46FC5" w:rsidRDefault="00835869">
      <w:pPr>
        <w:rPr>
          <w:sz w:val="20"/>
          <w:szCs w:val="20"/>
        </w:rPr>
        <w:sectPr w:rsidR="00835869" w:rsidRPr="00E46FC5">
          <w:pgSz w:w="11900" w:h="16840"/>
          <w:pgMar w:top="284" w:right="650" w:bottom="280" w:left="666" w:header="720" w:footer="720" w:gutter="0"/>
          <w:cols w:space="720" w:equalWidth="0">
            <w:col w:w="1058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835869" w:rsidRPr="00E46FC5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3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  <w:r w:rsidR="0088145E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9F27BE" w:rsidP="009F27BE">
            <w:pPr>
              <w:autoSpaceDE w:val="0"/>
              <w:autoSpaceDN w:val="0"/>
              <w:spacing w:before="98" w:after="0" w:line="281" w:lineRule="auto"/>
              <w:ind w:right="144"/>
              <w:rPr>
                <w:sz w:val="20"/>
                <w:szCs w:val="20"/>
                <w:lang w:val="ru-RU"/>
              </w:rPr>
            </w:pPr>
            <w:r w:rsidRPr="009F27BE">
              <w:rPr>
                <w:sz w:val="20"/>
                <w:szCs w:val="20"/>
                <w:lang w:val="ru-RU"/>
              </w:rPr>
              <w:t>Глобальные, региональные и локальные природные комплексы. Природные комплексы своей местности. Практическая работа. Характеристика локального природного комплекса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20456C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20456C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20456C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proofErr w:type="spellStart"/>
            <w:r w:rsidRPr="00E46FC5">
              <w:rPr>
                <w:sz w:val="20"/>
                <w:szCs w:val="20"/>
              </w:rPr>
              <w:t>Практическая</w:t>
            </w:r>
            <w:proofErr w:type="spellEnd"/>
            <w:r w:rsidRPr="00E46FC5">
              <w:rPr>
                <w:sz w:val="20"/>
                <w:szCs w:val="20"/>
              </w:rPr>
              <w:t xml:space="preserve"> </w:t>
            </w:r>
            <w:r w:rsidRPr="00E46FC5">
              <w:rPr>
                <w:sz w:val="20"/>
                <w:szCs w:val="20"/>
              </w:rPr>
              <w:tab/>
            </w:r>
            <w:proofErr w:type="spellStart"/>
            <w:r w:rsidRPr="00E46FC5">
              <w:rPr>
                <w:sz w:val="20"/>
                <w:szCs w:val="20"/>
              </w:rPr>
              <w:t>работа</w:t>
            </w:r>
            <w:proofErr w:type="spellEnd"/>
            <w:r w:rsidRPr="00E46FC5">
              <w:rPr>
                <w:sz w:val="20"/>
                <w:szCs w:val="20"/>
              </w:rPr>
              <w:t>;</w:t>
            </w:r>
          </w:p>
        </w:tc>
      </w:tr>
      <w:tr w:rsidR="00835869" w:rsidRPr="00E46FC5" w:rsidTr="009F27BE">
        <w:trPr>
          <w:trHeight w:hRule="exact" w:val="57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2</w:t>
            </w:r>
            <w:r w:rsidR="0088145E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9F27BE" w:rsidP="0020456C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proofErr w:type="spellStart"/>
            <w:r w:rsidRPr="009F27BE">
              <w:rPr>
                <w:sz w:val="20"/>
                <w:szCs w:val="20"/>
              </w:rPr>
              <w:t>Круговороты</w:t>
            </w:r>
            <w:proofErr w:type="spellEnd"/>
            <w:r w:rsidRPr="009F27BE">
              <w:rPr>
                <w:sz w:val="20"/>
                <w:szCs w:val="20"/>
              </w:rPr>
              <w:t xml:space="preserve"> </w:t>
            </w:r>
            <w:proofErr w:type="spellStart"/>
            <w:r w:rsidRPr="009F27BE">
              <w:rPr>
                <w:sz w:val="20"/>
                <w:szCs w:val="20"/>
              </w:rPr>
              <w:t>веществ</w:t>
            </w:r>
            <w:proofErr w:type="spellEnd"/>
            <w:r w:rsidRPr="009F27BE">
              <w:rPr>
                <w:sz w:val="20"/>
                <w:szCs w:val="20"/>
              </w:rPr>
              <w:t xml:space="preserve"> </w:t>
            </w:r>
            <w:proofErr w:type="spellStart"/>
            <w:r w:rsidRPr="009F27BE">
              <w:rPr>
                <w:sz w:val="20"/>
                <w:szCs w:val="20"/>
              </w:rPr>
              <w:t>на</w:t>
            </w:r>
            <w:proofErr w:type="spellEnd"/>
            <w:r w:rsidRPr="009F27BE">
              <w:rPr>
                <w:sz w:val="20"/>
                <w:szCs w:val="20"/>
              </w:rPr>
              <w:t xml:space="preserve"> </w:t>
            </w:r>
            <w:proofErr w:type="spellStart"/>
            <w:r w:rsidRPr="009F27BE">
              <w:rPr>
                <w:sz w:val="20"/>
                <w:szCs w:val="20"/>
              </w:rPr>
              <w:t>Земле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05.05.2023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20456C" w:rsidP="0020456C">
            <w:pPr>
              <w:autoSpaceDE w:val="0"/>
              <w:autoSpaceDN w:val="0"/>
              <w:spacing w:before="98" w:after="0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 xml:space="preserve">Устный опрос; </w:t>
            </w:r>
          </w:p>
        </w:tc>
      </w:tr>
      <w:tr w:rsidR="00835869" w:rsidRPr="00E46FC5" w:rsidTr="00B151BE">
        <w:trPr>
          <w:trHeight w:hRule="exact" w:val="85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C25DD2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3</w:t>
            </w:r>
            <w:r w:rsidR="0088145E"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9F27B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9F27BE">
              <w:rPr>
                <w:sz w:val="20"/>
                <w:szCs w:val="20"/>
                <w:lang w:val="ru-RU"/>
              </w:rPr>
              <w:t xml:space="preserve">Почва, её строение и состав. Образование почвы и плодородие почв. </w:t>
            </w:r>
            <w:proofErr w:type="spellStart"/>
            <w:r w:rsidRPr="009F27BE">
              <w:rPr>
                <w:sz w:val="20"/>
                <w:szCs w:val="20"/>
              </w:rPr>
              <w:t>Охрана</w:t>
            </w:r>
            <w:proofErr w:type="spellEnd"/>
            <w:r w:rsidRPr="009F27BE">
              <w:rPr>
                <w:sz w:val="20"/>
                <w:szCs w:val="20"/>
              </w:rPr>
              <w:t xml:space="preserve"> </w:t>
            </w:r>
            <w:proofErr w:type="spellStart"/>
            <w:r w:rsidRPr="009F27BE">
              <w:rPr>
                <w:sz w:val="20"/>
                <w:szCs w:val="20"/>
              </w:rPr>
              <w:t>почв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46FC5" w:rsidRPr="00E46FC5" w:rsidRDefault="00E46FC5" w:rsidP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proofErr w:type="spellStart"/>
            <w:r w:rsidRPr="00E46FC5">
              <w:rPr>
                <w:sz w:val="20"/>
                <w:szCs w:val="20"/>
              </w:rPr>
              <w:t>Устный</w:t>
            </w:r>
            <w:proofErr w:type="spellEnd"/>
            <w:r w:rsidRPr="00E46FC5">
              <w:rPr>
                <w:sz w:val="20"/>
                <w:szCs w:val="20"/>
              </w:rPr>
              <w:t xml:space="preserve"> </w:t>
            </w:r>
            <w:proofErr w:type="spellStart"/>
            <w:r w:rsidRPr="00E46FC5">
              <w:rPr>
                <w:sz w:val="20"/>
                <w:szCs w:val="20"/>
              </w:rPr>
              <w:t>опрос</w:t>
            </w:r>
            <w:proofErr w:type="spellEnd"/>
            <w:r w:rsidRPr="00E46FC5">
              <w:rPr>
                <w:sz w:val="20"/>
                <w:szCs w:val="20"/>
              </w:rPr>
              <w:t>;</w:t>
            </w:r>
          </w:p>
          <w:p w:rsidR="00835869" w:rsidRPr="00E46FC5" w:rsidRDefault="00E46FC5" w:rsidP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proofErr w:type="spellStart"/>
            <w:r w:rsidRPr="00E46FC5">
              <w:rPr>
                <w:sz w:val="20"/>
                <w:szCs w:val="20"/>
              </w:rPr>
              <w:t>Письменный</w:t>
            </w:r>
            <w:proofErr w:type="spellEnd"/>
            <w:r w:rsidRPr="00E46FC5">
              <w:rPr>
                <w:sz w:val="20"/>
                <w:szCs w:val="20"/>
              </w:rPr>
              <w:t xml:space="preserve"> </w:t>
            </w:r>
            <w:proofErr w:type="spellStart"/>
            <w:r w:rsidRPr="00E46FC5">
              <w:rPr>
                <w:sz w:val="20"/>
                <w:szCs w:val="20"/>
              </w:rPr>
              <w:t>контроль</w:t>
            </w:r>
            <w:proofErr w:type="spellEnd"/>
            <w:r w:rsidRPr="00E46FC5">
              <w:rPr>
                <w:sz w:val="20"/>
                <w:szCs w:val="20"/>
              </w:rPr>
              <w:t>;</w:t>
            </w:r>
          </w:p>
        </w:tc>
      </w:tr>
      <w:tr w:rsidR="00835869" w:rsidRPr="00E46FC5" w:rsidTr="009F27BE">
        <w:trPr>
          <w:trHeight w:hRule="exact" w:val="142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9F27B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sz w:val="20"/>
                <w:szCs w:val="20"/>
                <w:lang w:val="ru-RU"/>
              </w:rPr>
            </w:pPr>
            <w:r w:rsidRPr="009F27BE">
              <w:rPr>
                <w:sz w:val="20"/>
                <w:szCs w:val="20"/>
                <w:lang w:val="ru-RU"/>
              </w:rPr>
              <w:t>Природная среда. Охрана природы. Природные особо охраняемые территории. Всемирное наследие ЮНЕСКО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jc w:val="center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46FC5" w:rsidRPr="00E46FC5" w:rsidRDefault="00E46FC5" w:rsidP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proofErr w:type="spellStart"/>
            <w:r w:rsidRPr="00E46FC5">
              <w:rPr>
                <w:sz w:val="20"/>
                <w:szCs w:val="20"/>
              </w:rPr>
              <w:t>Устный</w:t>
            </w:r>
            <w:proofErr w:type="spellEnd"/>
            <w:r w:rsidRPr="00E46FC5">
              <w:rPr>
                <w:sz w:val="20"/>
                <w:szCs w:val="20"/>
              </w:rPr>
              <w:t xml:space="preserve"> </w:t>
            </w:r>
            <w:proofErr w:type="spellStart"/>
            <w:r w:rsidRPr="00E46FC5">
              <w:rPr>
                <w:sz w:val="20"/>
                <w:szCs w:val="20"/>
              </w:rPr>
              <w:t>опрос</w:t>
            </w:r>
            <w:proofErr w:type="spellEnd"/>
            <w:r w:rsidRPr="00E46FC5">
              <w:rPr>
                <w:sz w:val="20"/>
                <w:szCs w:val="20"/>
              </w:rPr>
              <w:t>;</w:t>
            </w:r>
          </w:p>
          <w:p w:rsidR="00835869" w:rsidRPr="00E46FC5" w:rsidRDefault="00E46FC5" w:rsidP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proofErr w:type="spellStart"/>
            <w:r w:rsidRPr="00E46FC5">
              <w:rPr>
                <w:sz w:val="20"/>
                <w:szCs w:val="20"/>
              </w:rPr>
              <w:t>Письменный</w:t>
            </w:r>
            <w:proofErr w:type="spellEnd"/>
            <w:r w:rsidRPr="00E46FC5">
              <w:rPr>
                <w:sz w:val="20"/>
                <w:szCs w:val="20"/>
              </w:rPr>
              <w:t xml:space="preserve"> </w:t>
            </w:r>
            <w:proofErr w:type="spellStart"/>
            <w:r w:rsidRPr="00E46FC5">
              <w:rPr>
                <w:sz w:val="20"/>
                <w:szCs w:val="20"/>
              </w:rPr>
              <w:t>контроль</w:t>
            </w:r>
            <w:proofErr w:type="spellEnd"/>
            <w:r w:rsidRPr="00E46FC5">
              <w:rPr>
                <w:sz w:val="20"/>
                <w:szCs w:val="20"/>
              </w:rPr>
              <w:t>;</w:t>
            </w:r>
          </w:p>
        </w:tc>
      </w:tr>
      <w:tr w:rsidR="00835869" w:rsidRPr="00E46FC5">
        <w:trPr>
          <w:trHeight w:hRule="exact" w:val="808"/>
        </w:trPr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4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E46FC5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8145E">
            <w:pPr>
              <w:autoSpaceDE w:val="0"/>
              <w:autoSpaceDN w:val="0"/>
              <w:spacing w:before="98" w:after="0" w:line="230" w:lineRule="auto"/>
              <w:ind w:left="72"/>
              <w:rPr>
                <w:sz w:val="20"/>
                <w:szCs w:val="20"/>
              </w:rPr>
            </w:pPr>
            <w:r w:rsidRPr="00E46FC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35869" w:rsidRPr="00E46FC5" w:rsidRDefault="00835869">
            <w:pPr>
              <w:rPr>
                <w:sz w:val="20"/>
                <w:szCs w:val="20"/>
              </w:rPr>
            </w:pPr>
          </w:p>
        </w:tc>
      </w:tr>
    </w:tbl>
    <w:p w:rsidR="00835869" w:rsidRPr="00E46FC5" w:rsidRDefault="00835869">
      <w:pPr>
        <w:autoSpaceDE w:val="0"/>
        <w:autoSpaceDN w:val="0"/>
        <w:spacing w:after="0" w:line="14" w:lineRule="exact"/>
        <w:rPr>
          <w:sz w:val="20"/>
          <w:szCs w:val="20"/>
        </w:rPr>
      </w:pPr>
    </w:p>
    <w:p w:rsidR="00835869" w:rsidRPr="00E46FC5" w:rsidRDefault="00835869">
      <w:pPr>
        <w:autoSpaceDE w:val="0"/>
        <w:autoSpaceDN w:val="0"/>
        <w:spacing w:after="0" w:line="14" w:lineRule="exact"/>
        <w:rPr>
          <w:sz w:val="20"/>
          <w:szCs w:val="20"/>
        </w:rPr>
      </w:pPr>
    </w:p>
    <w:p w:rsidR="00835869" w:rsidRDefault="00835869">
      <w:pPr>
        <w:sectPr w:rsidR="00835869" w:rsidSect="0020456C">
          <w:pgSz w:w="11900" w:h="16840"/>
          <w:pgMar w:top="0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35869" w:rsidRDefault="00835869">
      <w:pPr>
        <w:autoSpaceDE w:val="0"/>
        <w:autoSpaceDN w:val="0"/>
        <w:spacing w:after="78" w:line="220" w:lineRule="exact"/>
      </w:pPr>
    </w:p>
    <w:p w:rsidR="00835869" w:rsidRPr="009B0B9A" w:rsidRDefault="0088145E">
      <w:pPr>
        <w:autoSpaceDE w:val="0"/>
        <w:autoSpaceDN w:val="0"/>
        <w:spacing w:after="0" w:line="230" w:lineRule="auto"/>
        <w:rPr>
          <w:lang w:val="ru-RU"/>
        </w:rPr>
      </w:pPr>
      <w:r w:rsidRPr="009B0B9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:rsidR="00835869" w:rsidRPr="009B0B9A" w:rsidRDefault="0088145E">
      <w:pPr>
        <w:autoSpaceDE w:val="0"/>
        <w:autoSpaceDN w:val="0"/>
        <w:spacing w:before="346" w:after="0" w:line="230" w:lineRule="auto"/>
        <w:rPr>
          <w:lang w:val="ru-RU"/>
        </w:rPr>
      </w:pPr>
      <w:r w:rsidRPr="009B0B9A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:rsidR="00835869" w:rsidRPr="0028775A" w:rsidRDefault="0088145E">
      <w:pPr>
        <w:autoSpaceDE w:val="0"/>
        <w:autoSpaceDN w:val="0"/>
        <w:spacing w:before="166" w:after="0" w:line="271" w:lineRule="auto"/>
        <w:ind w:right="288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Алексеев А.И., Николина В.В., Липкина Е.К. и другие. География, 6 класс/ Акционерное </w:t>
      </w:r>
      <w:proofErr w:type="spellStart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общество«Издательство</w:t>
      </w:r>
      <w:proofErr w:type="spellEnd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 «Просвещение»; </w:t>
      </w:r>
      <w:r w:rsidRPr="0028775A">
        <w:rPr>
          <w:lang w:val="ru-RU"/>
        </w:rPr>
        <w:br/>
      </w:r>
    </w:p>
    <w:p w:rsidR="00835869" w:rsidRPr="0028775A" w:rsidRDefault="0088145E">
      <w:pPr>
        <w:autoSpaceDE w:val="0"/>
        <w:autoSpaceDN w:val="0"/>
        <w:spacing w:before="262" w:after="0" w:line="230" w:lineRule="auto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835869" w:rsidRPr="0028775A" w:rsidRDefault="0088145E">
      <w:pPr>
        <w:autoSpaceDE w:val="0"/>
        <w:autoSpaceDN w:val="0"/>
        <w:spacing w:before="166" w:after="0" w:line="271" w:lineRule="auto"/>
        <w:ind w:right="144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1. ПРИМЕРНАЯ РАБОЧАЯ ПРОГРАММА ОСНОВНОГО ОБЩЕГО ОБРАЗОВАНИЯ ГЕОГРАФИЯ (для 5–9 классов образовательных организаций), Москва, 2021 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2. ФГОС ООО 2021</w:t>
      </w:r>
    </w:p>
    <w:p w:rsidR="00835869" w:rsidRPr="0028775A" w:rsidRDefault="0088145E">
      <w:pPr>
        <w:autoSpaceDE w:val="0"/>
        <w:autoSpaceDN w:val="0"/>
        <w:spacing w:before="264" w:after="0" w:line="230" w:lineRule="auto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835869" w:rsidRPr="0028775A" w:rsidRDefault="0088145E">
      <w:pPr>
        <w:autoSpaceDE w:val="0"/>
        <w:autoSpaceDN w:val="0"/>
        <w:spacing w:before="166" w:after="0" w:line="230" w:lineRule="auto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1.Используемые сайты:</w:t>
      </w:r>
    </w:p>
    <w:p w:rsidR="00835869" w:rsidRPr="0028775A" w:rsidRDefault="0088145E">
      <w:pPr>
        <w:autoSpaceDE w:val="0"/>
        <w:autoSpaceDN w:val="0"/>
        <w:spacing w:before="406" w:after="0" w:line="230" w:lineRule="auto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1. Единая коллекция ЦОР.</w:t>
      </w:r>
    </w:p>
    <w:p w:rsidR="00835869" w:rsidRPr="0028775A" w:rsidRDefault="0088145E">
      <w:pPr>
        <w:autoSpaceDE w:val="0"/>
        <w:autoSpaceDN w:val="0"/>
        <w:spacing w:before="406" w:after="0" w:line="262" w:lineRule="auto"/>
        <w:ind w:right="144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1) Географические обучающие модели.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catalog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rubr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/2</w:t>
      </w:r>
      <w:r>
        <w:rPr>
          <w:rFonts w:ascii="Times New Roman" w:eastAsia="Times New Roman" w:hAnsi="Times New Roman"/>
          <w:color w:val="000000"/>
          <w:sz w:val="24"/>
        </w:rPr>
        <w:t>d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5</w:t>
      </w:r>
      <w:r>
        <w:rPr>
          <w:rFonts w:ascii="Times New Roman" w:eastAsia="Times New Roman" w:hAnsi="Times New Roman"/>
          <w:color w:val="000000"/>
          <w:sz w:val="24"/>
        </w:rPr>
        <w:t>dc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937-826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-4695-8479-</w:t>
      </w:r>
      <w:r>
        <w:rPr>
          <w:rFonts w:ascii="Times New Roman" w:eastAsia="Times New Roman" w:hAnsi="Times New Roman"/>
          <w:color w:val="000000"/>
          <w:sz w:val="24"/>
        </w:rPr>
        <w:t>da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00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58992</w:t>
      </w:r>
      <w:r>
        <w:rPr>
          <w:rFonts w:ascii="Times New Roman" w:eastAsia="Times New Roman" w:hAnsi="Times New Roman"/>
          <w:color w:val="000000"/>
          <w:sz w:val="24"/>
        </w:rPr>
        <w:t>ce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/?</w:t>
      </w:r>
      <w:r>
        <w:rPr>
          <w:rFonts w:ascii="Times New Roman" w:eastAsia="Times New Roman" w:hAnsi="Times New Roman"/>
          <w:color w:val="000000"/>
          <w:sz w:val="24"/>
        </w:rPr>
        <w:t>interface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=</w:t>
      </w:r>
      <w:r>
        <w:rPr>
          <w:rFonts w:ascii="Times New Roman" w:eastAsia="Times New Roman" w:hAnsi="Times New Roman"/>
          <w:color w:val="000000"/>
          <w:sz w:val="24"/>
        </w:rPr>
        <w:t>catalog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&amp;</w:t>
      </w:r>
      <w:r>
        <w:rPr>
          <w:rFonts w:ascii="Times New Roman" w:eastAsia="Times New Roman" w:hAnsi="Times New Roman"/>
          <w:color w:val="000000"/>
          <w:sz w:val="24"/>
        </w:rPr>
        <w:t>class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[]=48&amp;</w:t>
      </w:r>
      <w:r>
        <w:rPr>
          <w:rFonts w:ascii="Times New Roman" w:eastAsia="Times New Roman" w:hAnsi="Times New Roman"/>
          <w:color w:val="000000"/>
          <w:sz w:val="24"/>
        </w:rPr>
        <w:t>subject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[]=28</w:t>
      </w:r>
    </w:p>
    <w:p w:rsidR="00835869" w:rsidRPr="0028775A" w:rsidRDefault="0088145E">
      <w:pPr>
        <w:autoSpaceDE w:val="0"/>
        <w:autoSpaceDN w:val="0"/>
        <w:spacing w:before="406" w:after="0" w:line="262" w:lineRule="auto"/>
        <w:ind w:right="864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2) География 6-10 классы.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catalog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rubr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/523</w:t>
      </w:r>
      <w:r>
        <w:rPr>
          <w:rFonts w:ascii="Times New Roman" w:eastAsia="Times New Roman" w:hAnsi="Times New Roman"/>
          <w:color w:val="000000"/>
          <w:sz w:val="24"/>
        </w:rPr>
        <w:t>e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4226-60</w:t>
      </w:r>
      <w:r>
        <w:rPr>
          <w:rFonts w:ascii="Times New Roman" w:eastAsia="Times New Roman" w:hAnsi="Times New Roman"/>
          <w:color w:val="000000"/>
          <w:sz w:val="24"/>
        </w:rPr>
        <w:t>b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8-</w:t>
      </w:r>
      <w:r>
        <w:rPr>
          <w:rFonts w:ascii="Times New Roman" w:eastAsia="Times New Roman" w:hAnsi="Times New Roman"/>
          <w:color w:val="000000"/>
          <w:sz w:val="24"/>
        </w:rPr>
        <w:t>b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9</w:t>
      </w:r>
      <w:r>
        <w:rPr>
          <w:rFonts w:ascii="Times New Roman" w:eastAsia="Times New Roman" w:hAnsi="Times New Roman"/>
          <w:color w:val="000000"/>
          <w:sz w:val="24"/>
        </w:rPr>
        <w:t>f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7-</w:t>
      </w:r>
      <w:r>
        <w:rPr>
          <w:rFonts w:ascii="Times New Roman" w:eastAsia="Times New Roman" w:hAnsi="Times New Roman"/>
          <w:color w:val="000000"/>
          <w:sz w:val="24"/>
        </w:rPr>
        <w:t>d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940-984745</w:t>
      </w:r>
      <w:r>
        <w:rPr>
          <w:rFonts w:ascii="Times New Roman" w:eastAsia="Times New Roman" w:hAnsi="Times New Roman"/>
          <w:color w:val="000000"/>
          <w:sz w:val="24"/>
        </w:rPr>
        <w:t>d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86418/118882/?</w:t>
      </w:r>
      <w:r>
        <w:rPr>
          <w:rFonts w:ascii="Times New Roman" w:eastAsia="Times New Roman" w:hAnsi="Times New Roman"/>
          <w:color w:val="000000"/>
          <w:sz w:val="24"/>
        </w:rPr>
        <w:t>interface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=</w:t>
      </w:r>
      <w:r>
        <w:rPr>
          <w:rFonts w:ascii="Times New Roman" w:eastAsia="Times New Roman" w:hAnsi="Times New Roman"/>
          <w:color w:val="000000"/>
          <w:sz w:val="24"/>
        </w:rPr>
        <w:t>catalog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&amp;</w:t>
      </w:r>
      <w:r>
        <w:rPr>
          <w:rFonts w:ascii="Times New Roman" w:eastAsia="Times New Roman" w:hAnsi="Times New Roman"/>
          <w:color w:val="000000"/>
          <w:sz w:val="24"/>
        </w:rPr>
        <w:t>class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=48&amp;</w:t>
      </w:r>
      <w:r>
        <w:rPr>
          <w:rFonts w:ascii="Times New Roman" w:eastAsia="Times New Roman" w:hAnsi="Times New Roman"/>
          <w:color w:val="000000"/>
          <w:sz w:val="24"/>
        </w:rPr>
        <w:t>subject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=28</w:t>
      </w:r>
    </w:p>
    <w:p w:rsidR="00835869" w:rsidRPr="0028775A" w:rsidRDefault="0088145E">
      <w:pPr>
        <w:autoSpaceDE w:val="0"/>
        <w:autoSpaceDN w:val="0"/>
        <w:spacing w:before="406" w:after="0" w:line="262" w:lineRule="auto"/>
        <w:ind w:right="288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3) География. Планета Земля. 6 класс.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catalog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rubr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d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2317</w:t>
      </w:r>
      <w:r>
        <w:rPr>
          <w:rFonts w:ascii="Times New Roman" w:eastAsia="Times New Roman" w:hAnsi="Times New Roman"/>
          <w:color w:val="000000"/>
          <w:sz w:val="24"/>
        </w:rPr>
        <w:t>e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71-1650-4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58-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439-</w:t>
      </w:r>
      <w:r>
        <w:rPr>
          <w:rFonts w:ascii="Times New Roman" w:eastAsia="Times New Roman" w:hAnsi="Times New Roman"/>
          <w:color w:val="000000"/>
          <w:sz w:val="24"/>
        </w:rPr>
        <w:t>b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2</w:t>
      </w:r>
      <w:r>
        <w:rPr>
          <w:rFonts w:ascii="Times New Roman" w:eastAsia="Times New Roman" w:hAnsi="Times New Roman"/>
          <w:color w:val="000000"/>
          <w:sz w:val="24"/>
        </w:rPr>
        <w:t>f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53331</w:t>
      </w:r>
      <w:r>
        <w:rPr>
          <w:rFonts w:ascii="Times New Roman" w:eastAsia="Times New Roman" w:hAnsi="Times New Roman"/>
          <w:color w:val="000000"/>
          <w:sz w:val="24"/>
        </w:rPr>
        <w:t>e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47</w:t>
      </w:r>
      <w:r>
        <w:rPr>
          <w:rFonts w:ascii="Times New Roman" w:eastAsia="Times New Roman" w:hAnsi="Times New Roman"/>
          <w:color w:val="000000"/>
          <w:sz w:val="24"/>
        </w:rPr>
        <w:t>b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/106075/?</w:t>
      </w:r>
      <w:r>
        <w:rPr>
          <w:rFonts w:ascii="Times New Roman" w:eastAsia="Times New Roman" w:hAnsi="Times New Roman"/>
          <w:color w:val="000000"/>
          <w:sz w:val="24"/>
        </w:rPr>
        <w:t>interface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=</w:t>
      </w:r>
      <w:r>
        <w:rPr>
          <w:rFonts w:ascii="Times New Roman" w:eastAsia="Times New Roman" w:hAnsi="Times New Roman"/>
          <w:color w:val="000000"/>
          <w:sz w:val="24"/>
        </w:rPr>
        <w:t>catalog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&amp;</w:t>
      </w:r>
      <w:r>
        <w:rPr>
          <w:rFonts w:ascii="Times New Roman" w:eastAsia="Times New Roman" w:hAnsi="Times New Roman"/>
          <w:color w:val="000000"/>
          <w:sz w:val="24"/>
        </w:rPr>
        <w:t>class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=48&amp;</w:t>
      </w:r>
      <w:r>
        <w:rPr>
          <w:rFonts w:ascii="Times New Roman" w:eastAsia="Times New Roman" w:hAnsi="Times New Roman"/>
          <w:color w:val="000000"/>
          <w:sz w:val="24"/>
        </w:rPr>
        <w:t>subject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=28</w:t>
      </w:r>
    </w:p>
    <w:p w:rsidR="00835869" w:rsidRPr="0028775A" w:rsidRDefault="0088145E">
      <w:pPr>
        <w:autoSpaceDE w:val="0"/>
        <w:autoSpaceDN w:val="0"/>
        <w:spacing w:before="406" w:after="0" w:line="271" w:lineRule="auto"/>
        <w:ind w:right="1152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2. Географический атлас (</w:t>
      </w:r>
      <w:r>
        <w:rPr>
          <w:rFonts w:ascii="Times New Roman" w:eastAsia="Times New Roman" w:hAnsi="Times New Roman"/>
          <w:color w:val="000000"/>
          <w:sz w:val="24"/>
        </w:rPr>
        <w:t>geography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su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atlas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)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geography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su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atlas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item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f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00/</w:t>
      </w:r>
      <w:r>
        <w:rPr>
          <w:rFonts w:ascii="Times New Roman" w:eastAsia="Times New Roman" w:hAnsi="Times New Roman"/>
          <w:color w:val="000000"/>
          <w:sz w:val="24"/>
        </w:rPr>
        <w:t>s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00/</w:t>
      </w:r>
      <w:r>
        <w:rPr>
          <w:rFonts w:ascii="Times New Roman" w:eastAsia="Times New Roman" w:hAnsi="Times New Roman"/>
          <w:color w:val="000000"/>
          <w:sz w:val="24"/>
        </w:rPr>
        <w:t>z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0000000/ 3.Видеоуроки (</w:t>
      </w:r>
      <w:r>
        <w:rPr>
          <w:rFonts w:ascii="Times New Roman" w:eastAsia="Times New Roman" w:hAnsi="Times New Roman"/>
          <w:color w:val="000000"/>
          <w:sz w:val="24"/>
        </w:rPr>
        <w:t>interneturok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shool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geograty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/)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interneturok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4. </w:t>
      </w:r>
      <w:proofErr w:type="spellStart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Мегаэнциклопедия</w:t>
      </w:r>
      <w:proofErr w:type="spellEnd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 Кирилла и </w:t>
      </w:r>
      <w:proofErr w:type="spellStart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Мефодия</w:t>
      </w:r>
      <w:proofErr w:type="spellEnd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</w:rPr>
        <w:t>megabook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rubric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/ГЕОГРАФИЯ.</w:t>
      </w:r>
    </w:p>
    <w:p w:rsidR="00835869" w:rsidRPr="0028775A" w:rsidRDefault="0088145E">
      <w:pPr>
        <w:autoSpaceDE w:val="0"/>
        <w:autoSpaceDN w:val="0"/>
        <w:spacing w:before="70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megabook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rubric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/ГЕОГРАФИЯ</w:t>
      </w:r>
    </w:p>
    <w:p w:rsidR="00835869" w:rsidRPr="0028775A" w:rsidRDefault="0088145E">
      <w:pPr>
        <w:autoSpaceDE w:val="0"/>
        <w:autoSpaceDN w:val="0"/>
        <w:spacing w:before="408" w:after="0" w:line="230" w:lineRule="auto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5. Мир карт (</w:t>
      </w:r>
      <w:r>
        <w:rPr>
          <w:rFonts w:ascii="Times New Roman" w:eastAsia="Times New Roman" w:hAnsi="Times New Roman"/>
          <w:color w:val="000000"/>
          <w:sz w:val="24"/>
        </w:rPr>
        <w:t>mirkart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).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mirkart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:rsidR="00835869" w:rsidRPr="0028775A" w:rsidRDefault="0088145E">
      <w:pPr>
        <w:autoSpaceDE w:val="0"/>
        <w:autoSpaceDN w:val="0"/>
        <w:spacing w:before="408" w:after="0" w:line="262" w:lineRule="auto"/>
        <w:ind w:right="2736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6. Электронное приложение к газете “1 сентября» (</w:t>
      </w:r>
      <w:r>
        <w:rPr>
          <w:rFonts w:ascii="Times New Roman" w:eastAsia="Times New Roman" w:hAnsi="Times New Roman"/>
          <w:color w:val="000000"/>
          <w:sz w:val="24"/>
        </w:rPr>
        <w:t>geo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.1 </w:t>
      </w:r>
      <w:r>
        <w:rPr>
          <w:rFonts w:ascii="Times New Roman" w:eastAsia="Times New Roman" w:hAnsi="Times New Roman"/>
          <w:color w:val="000000"/>
          <w:sz w:val="24"/>
        </w:rPr>
        <w:t>september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urok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).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geo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.1</w:t>
      </w:r>
      <w:r>
        <w:rPr>
          <w:rFonts w:ascii="Times New Roman" w:eastAsia="Times New Roman" w:hAnsi="Times New Roman"/>
          <w:color w:val="000000"/>
          <w:sz w:val="24"/>
        </w:rPr>
        <w:t>september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urok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:rsidR="00835869" w:rsidRPr="0028775A" w:rsidRDefault="0088145E">
      <w:pPr>
        <w:autoSpaceDE w:val="0"/>
        <w:autoSpaceDN w:val="0"/>
        <w:spacing w:before="406" w:after="0"/>
        <w:ind w:right="144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7. Открытый банк заданий ОГЭ (</w:t>
      </w:r>
      <w:r>
        <w:rPr>
          <w:rFonts w:ascii="Times New Roman" w:eastAsia="Times New Roman" w:hAnsi="Times New Roman"/>
          <w:color w:val="000000"/>
          <w:sz w:val="24"/>
        </w:rPr>
        <w:t>fipi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)/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fipi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8. Официальный портал ЕГЭ (</w:t>
      </w:r>
      <w:r>
        <w:rPr>
          <w:rFonts w:ascii="Times New Roman" w:eastAsia="Times New Roman" w:hAnsi="Times New Roman"/>
          <w:color w:val="000000"/>
          <w:sz w:val="24"/>
        </w:rPr>
        <w:t>ege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).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ege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main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 9.Официальный портал ГИА (</w:t>
      </w:r>
      <w:r>
        <w:rPr>
          <w:rFonts w:ascii="Times New Roman" w:eastAsia="Times New Roman" w:hAnsi="Times New Roman"/>
          <w:color w:val="000000"/>
          <w:sz w:val="24"/>
        </w:rPr>
        <w:t>gia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)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gia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graduates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/>
          <w:color w:val="000000"/>
          <w:sz w:val="24"/>
        </w:rPr>
        <w:t>classes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exam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/ 10.Презентации по географии 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(</w:t>
      </w:r>
      <w:r>
        <w:rPr>
          <w:rFonts w:ascii="Times New Roman" w:eastAsia="Times New Roman" w:hAnsi="Times New Roman"/>
          <w:color w:val="000000"/>
          <w:sz w:val="24"/>
        </w:rPr>
        <w:t>ppt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4</w:t>
      </w:r>
      <w:r>
        <w:rPr>
          <w:rFonts w:ascii="Times New Roman" w:eastAsia="Times New Roman" w:hAnsi="Times New Roman"/>
          <w:color w:val="000000"/>
          <w:sz w:val="24"/>
        </w:rPr>
        <w:t>web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geografija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)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ppt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4</w:t>
      </w:r>
      <w:r>
        <w:rPr>
          <w:rFonts w:ascii="Times New Roman" w:eastAsia="Times New Roman" w:hAnsi="Times New Roman"/>
          <w:color w:val="000000"/>
          <w:sz w:val="24"/>
        </w:rPr>
        <w:t>web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geografija</w:t>
      </w:r>
    </w:p>
    <w:p w:rsidR="00835869" w:rsidRPr="0028775A" w:rsidRDefault="0088145E">
      <w:pPr>
        <w:autoSpaceDE w:val="0"/>
        <w:autoSpaceDN w:val="0"/>
        <w:spacing w:before="406" w:after="0" w:line="230" w:lineRule="auto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11. География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geographyofrussia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:rsidR="00835869" w:rsidRPr="0028775A" w:rsidRDefault="0088145E">
      <w:pPr>
        <w:autoSpaceDE w:val="0"/>
        <w:autoSpaceDN w:val="0"/>
        <w:spacing w:before="406" w:after="0" w:line="230" w:lineRule="auto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12. Интерактивные карты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mygeog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rubrica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interaktivnye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karty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:rsidR="00835869" w:rsidRPr="0028775A" w:rsidRDefault="0088145E">
      <w:pPr>
        <w:autoSpaceDE w:val="0"/>
        <w:autoSpaceDN w:val="0"/>
        <w:spacing w:before="406" w:after="0" w:line="230" w:lineRule="auto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13. Интерактивные карты России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maps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cmn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tematic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/>
          <w:color w:val="000000"/>
          <w:sz w:val="24"/>
        </w:rPr>
        <w:t>maps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shtml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?#2</w:t>
      </w:r>
    </w:p>
    <w:p w:rsidR="00835869" w:rsidRPr="0028775A" w:rsidRDefault="00835869">
      <w:pPr>
        <w:rPr>
          <w:lang w:val="ru-RU"/>
        </w:rPr>
        <w:sectPr w:rsidR="00835869" w:rsidRPr="0028775A">
          <w:pgSz w:w="11900" w:h="16840"/>
          <w:pgMar w:top="298" w:right="650" w:bottom="45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35869" w:rsidRPr="0028775A" w:rsidRDefault="00835869">
      <w:pPr>
        <w:autoSpaceDE w:val="0"/>
        <w:autoSpaceDN w:val="0"/>
        <w:spacing w:after="96" w:line="220" w:lineRule="exact"/>
        <w:rPr>
          <w:lang w:val="ru-RU"/>
        </w:rPr>
      </w:pPr>
    </w:p>
    <w:p w:rsidR="00835869" w:rsidRPr="0028775A" w:rsidRDefault="0088145E">
      <w:pPr>
        <w:autoSpaceDE w:val="0"/>
        <w:autoSpaceDN w:val="0"/>
        <w:spacing w:after="0" w:line="230" w:lineRule="auto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14. Презентации по географии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://900</w:t>
      </w:r>
      <w:r>
        <w:rPr>
          <w:rFonts w:ascii="Times New Roman" w:eastAsia="Times New Roman" w:hAnsi="Times New Roman"/>
          <w:color w:val="000000"/>
          <w:sz w:val="24"/>
        </w:rPr>
        <w:t>igr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net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prezentacii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po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geografii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html</w:t>
      </w:r>
    </w:p>
    <w:p w:rsidR="00835869" w:rsidRPr="0028775A" w:rsidRDefault="0088145E">
      <w:pPr>
        <w:autoSpaceDE w:val="0"/>
        <w:autoSpaceDN w:val="0"/>
        <w:spacing w:before="406" w:after="0" w:line="230" w:lineRule="auto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15. Презентации по географии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presentaci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prezentacii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po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geografii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:rsidR="00835869" w:rsidRPr="0028775A" w:rsidRDefault="0088145E">
      <w:pPr>
        <w:autoSpaceDE w:val="0"/>
        <w:autoSpaceDN w:val="0"/>
        <w:spacing w:before="406" w:after="0" w:line="271" w:lineRule="auto"/>
        <w:ind w:right="4176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16. Федеральная служба статистики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gks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/ 17. Сайт </w:t>
      </w:r>
      <w:proofErr w:type="spellStart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Инфоурок</w:t>
      </w:r>
      <w:proofErr w:type="spellEnd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 18 "</w:t>
      </w:r>
      <w:proofErr w:type="spellStart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Якласс</w:t>
      </w:r>
      <w:proofErr w:type="spellEnd"/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" 19.</w:t>
      </w:r>
      <w:r>
        <w:rPr>
          <w:rFonts w:ascii="Times New Roman" w:eastAsia="Times New Roman" w:hAnsi="Times New Roman"/>
          <w:color w:val="000000"/>
          <w:sz w:val="24"/>
        </w:rPr>
        <w:t>Skysmart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 20.Интерактивная доска "</w:t>
      </w:r>
      <w:r>
        <w:rPr>
          <w:rFonts w:ascii="Times New Roman" w:eastAsia="Times New Roman" w:hAnsi="Times New Roman"/>
          <w:color w:val="000000"/>
          <w:sz w:val="24"/>
        </w:rPr>
        <w:t>Padlet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!</w:t>
      </w:r>
    </w:p>
    <w:p w:rsidR="00835869" w:rsidRPr="0028775A" w:rsidRDefault="0088145E">
      <w:pPr>
        <w:autoSpaceDE w:val="0"/>
        <w:autoSpaceDN w:val="0"/>
        <w:spacing w:before="1416" w:after="0" w:line="262" w:lineRule="auto"/>
        <w:ind w:right="6336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 xml:space="preserve">2.Интерактивные карты: Классы 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Интерактивные карты 6 класс:</w:t>
      </w:r>
    </w:p>
    <w:p w:rsidR="00835869" w:rsidRPr="0028775A" w:rsidRDefault="0088145E">
      <w:pPr>
        <w:autoSpaceDE w:val="0"/>
        <w:autoSpaceDN w:val="0"/>
        <w:spacing w:before="742" w:after="0" w:line="230" w:lineRule="auto"/>
        <w:rPr>
          <w:lang w:val="ru-RU"/>
        </w:rPr>
      </w:pP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1.Открытия и исследования. 2.Физическая карта полушарий.</w:t>
      </w:r>
    </w:p>
    <w:p w:rsidR="00835869" w:rsidRPr="0028775A" w:rsidRDefault="00835869">
      <w:pPr>
        <w:rPr>
          <w:lang w:val="ru-RU"/>
        </w:rPr>
        <w:sectPr w:rsidR="00835869" w:rsidRPr="0028775A">
          <w:pgSz w:w="11900" w:h="16840"/>
          <w:pgMar w:top="316" w:right="1440" w:bottom="1440" w:left="666" w:header="720" w:footer="720" w:gutter="0"/>
          <w:cols w:space="720" w:equalWidth="0">
            <w:col w:w="9794" w:space="0"/>
          </w:cols>
          <w:docGrid w:linePitch="360"/>
        </w:sectPr>
      </w:pPr>
    </w:p>
    <w:p w:rsidR="00835869" w:rsidRPr="0028775A" w:rsidRDefault="00835869">
      <w:pPr>
        <w:autoSpaceDE w:val="0"/>
        <w:autoSpaceDN w:val="0"/>
        <w:spacing w:after="78" w:line="220" w:lineRule="exact"/>
        <w:rPr>
          <w:lang w:val="ru-RU"/>
        </w:rPr>
      </w:pPr>
    </w:p>
    <w:p w:rsidR="00835869" w:rsidRPr="0028775A" w:rsidRDefault="0088145E">
      <w:pPr>
        <w:autoSpaceDE w:val="0"/>
        <w:autoSpaceDN w:val="0"/>
        <w:spacing w:after="0" w:line="230" w:lineRule="auto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835869" w:rsidRPr="0028775A" w:rsidRDefault="0088145E">
      <w:pPr>
        <w:autoSpaceDE w:val="0"/>
        <w:autoSpaceDN w:val="0"/>
        <w:spacing w:before="346" w:after="0" w:line="302" w:lineRule="auto"/>
        <w:ind w:right="7200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  <w:r w:rsidRPr="0028775A">
        <w:rPr>
          <w:lang w:val="ru-RU"/>
        </w:rPr>
        <w:br/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-</w:t>
      </w:r>
    </w:p>
    <w:p w:rsidR="00835869" w:rsidRPr="0028775A" w:rsidRDefault="0088145E">
      <w:pPr>
        <w:autoSpaceDE w:val="0"/>
        <w:autoSpaceDN w:val="0"/>
        <w:spacing w:before="262" w:after="0" w:line="302" w:lineRule="auto"/>
        <w:ind w:right="720"/>
        <w:rPr>
          <w:lang w:val="ru-RU"/>
        </w:rPr>
      </w:pPr>
      <w:r w:rsidRPr="0028775A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ЛАБОРАТОРНЫХ И ПРАКТИЧЕСКИХ РАБОТ</w:t>
      </w:r>
      <w:r w:rsidRPr="0028775A">
        <w:rPr>
          <w:rFonts w:ascii="Times New Roman" w:eastAsia="Times New Roman" w:hAnsi="Times New Roman"/>
          <w:color w:val="000000"/>
          <w:sz w:val="24"/>
          <w:lang w:val="ru-RU"/>
        </w:rPr>
        <w:t>-</w:t>
      </w:r>
    </w:p>
    <w:p w:rsidR="00835869" w:rsidRPr="0028775A" w:rsidRDefault="00835869">
      <w:pPr>
        <w:rPr>
          <w:lang w:val="ru-RU"/>
        </w:rPr>
        <w:sectPr w:rsidR="00835869" w:rsidRPr="0028775A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8145E" w:rsidRPr="0028775A" w:rsidRDefault="0088145E">
      <w:pPr>
        <w:rPr>
          <w:lang w:val="ru-RU"/>
        </w:rPr>
      </w:pPr>
    </w:p>
    <w:sectPr w:rsidR="0088145E" w:rsidRPr="0028775A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47E08"/>
    <w:rsid w:val="0015074B"/>
    <w:rsid w:val="0020456C"/>
    <w:rsid w:val="0028775A"/>
    <w:rsid w:val="0029639D"/>
    <w:rsid w:val="002E6112"/>
    <w:rsid w:val="00326F90"/>
    <w:rsid w:val="0048427C"/>
    <w:rsid w:val="00642C58"/>
    <w:rsid w:val="00686D01"/>
    <w:rsid w:val="006D5428"/>
    <w:rsid w:val="00835869"/>
    <w:rsid w:val="0088145E"/>
    <w:rsid w:val="008F28F0"/>
    <w:rsid w:val="009B0B9A"/>
    <w:rsid w:val="009F27BE"/>
    <w:rsid w:val="00A81375"/>
    <w:rsid w:val="00AA1D8D"/>
    <w:rsid w:val="00AC3605"/>
    <w:rsid w:val="00B11148"/>
    <w:rsid w:val="00B151BE"/>
    <w:rsid w:val="00B47730"/>
    <w:rsid w:val="00BB5070"/>
    <w:rsid w:val="00C25DD2"/>
    <w:rsid w:val="00CB0664"/>
    <w:rsid w:val="00D51A6C"/>
    <w:rsid w:val="00E46FC5"/>
    <w:rsid w:val="00EE5553"/>
    <w:rsid w:val="00F57B38"/>
    <w:rsid w:val="00F7418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C43F6A"/>
  <w14:defaultImageDpi w14:val="300"/>
  <w15:docId w15:val="{660C0A72-621A-4FA3-91D6-6E8DF2639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1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1"/>
    <w:unhideWhenUsed/>
    <w:qFormat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1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semiHidden/>
    <w:unhideWhenUsed/>
    <w:rsid w:val="00EE5553"/>
    <w:rPr>
      <w:color w:val="0000FF" w:themeColor="hyperlink"/>
      <w:u w:val="single"/>
    </w:rPr>
  </w:style>
  <w:style w:type="character" w:styleId="aff9">
    <w:name w:val="FollowedHyperlink"/>
    <w:basedOn w:val="a2"/>
    <w:uiPriority w:val="99"/>
    <w:semiHidden/>
    <w:unhideWhenUsed/>
    <w:rsid w:val="00EE5553"/>
    <w:rPr>
      <w:color w:val="800080" w:themeColor="followedHyperlink"/>
      <w:u w:val="single"/>
    </w:rPr>
  </w:style>
  <w:style w:type="paragraph" w:styleId="affa">
    <w:name w:val="Normal (Web)"/>
    <w:basedOn w:val="a1"/>
    <w:uiPriority w:val="99"/>
    <w:semiHidden/>
    <w:unhideWhenUsed/>
    <w:rsid w:val="00EE5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0">
    <w:name w:val="Заголовок 11"/>
    <w:basedOn w:val="a1"/>
    <w:uiPriority w:val="1"/>
    <w:semiHidden/>
    <w:qFormat/>
    <w:rsid w:val="00EE5553"/>
    <w:pPr>
      <w:widowControl w:val="0"/>
      <w:autoSpaceDE w:val="0"/>
      <w:autoSpaceDN w:val="0"/>
      <w:spacing w:after="0" w:line="240" w:lineRule="auto"/>
      <w:ind w:left="28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TableParagraph">
    <w:name w:val="Table Paragraph"/>
    <w:basedOn w:val="a1"/>
    <w:uiPriority w:val="1"/>
    <w:semiHidden/>
    <w:qFormat/>
    <w:rsid w:val="00EE555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table" w:customStyle="1" w:styleId="TableNormal">
    <w:name w:val="Table Normal"/>
    <w:uiPriority w:val="2"/>
    <w:semiHidden/>
    <w:qFormat/>
    <w:rsid w:val="00EE5553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Сетка таблицы1"/>
    <w:basedOn w:val="a3"/>
    <w:uiPriority w:val="59"/>
    <w:rsid w:val="00EE5553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3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7183/main/251764/" TargetMode="External"/><Relationship Id="rId13" Type="http://schemas.openxmlformats.org/officeDocument/2006/relationships/hyperlink" Target="https://resh.edu.ru/subject/lesson/7188/main/252138/" TargetMode="External"/><Relationship Id="rId18" Type="http://schemas.openxmlformats.org/officeDocument/2006/relationships/hyperlink" Target="https://resh.edu.ru/subject/lesson/7182/start/252008/" TargetMode="External"/><Relationship Id="rId3" Type="http://schemas.openxmlformats.org/officeDocument/2006/relationships/styles" Target="styles.xml"/><Relationship Id="rId21" Type="http://schemas.openxmlformats.org/officeDocument/2006/relationships/hyperlink" Target="https://resh.edu.ru/subject/lesson/7179/main/251919/" TargetMode="External"/><Relationship Id="rId7" Type="http://schemas.openxmlformats.org/officeDocument/2006/relationships/hyperlink" Target="https://resh.edu.ru/subject/lesson/7184/main/251795/" TargetMode="External"/><Relationship Id="rId12" Type="http://schemas.openxmlformats.org/officeDocument/2006/relationships/hyperlink" Target="https://resh.edu.ru/subject/lesson/7187/main/252169/" TargetMode="External"/><Relationship Id="rId17" Type="http://schemas.openxmlformats.org/officeDocument/2006/relationships/hyperlink" Target="https://resh.edu.ru/subject/lesson/7191/start/252071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lesson/7192/start/252039/" TargetMode="External"/><Relationship Id="rId20" Type="http://schemas.openxmlformats.org/officeDocument/2006/relationships/hyperlink" Target="https://resh.edu.ru/subject/lesson/7181/main/251733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resh.edu.ru/subject/lesson/7186/main/251826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7190/main/271491/" TargetMode="External"/><Relationship Id="rId23" Type="http://schemas.openxmlformats.org/officeDocument/2006/relationships/hyperlink" Target="https://resh.edu.ru/subject/lesson/995/" TargetMode="External"/><Relationship Id="rId10" Type="http://schemas.openxmlformats.org/officeDocument/2006/relationships/hyperlink" Target="https://resh.edu.ru/subject/lesson/1662/main/" TargetMode="External"/><Relationship Id="rId19" Type="http://schemas.openxmlformats.org/officeDocument/2006/relationships/hyperlink" Target="https://resh.edu.ru/subject/lesson/7193/start/25197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7185/main/252200/" TargetMode="External"/><Relationship Id="rId14" Type="http://schemas.openxmlformats.org/officeDocument/2006/relationships/hyperlink" Target="https://resh.edu.ru/subject/lesson/7189/main/251702/" TargetMode="External"/><Relationship Id="rId22" Type="http://schemas.openxmlformats.org/officeDocument/2006/relationships/hyperlink" Target="https://resh.edu.ru/subject/lesson/7194/main/25188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7296F8-473D-4559-A9AA-AEAB12A15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6792</Words>
  <Characters>38717</Characters>
  <Application>Microsoft Office Word</Application>
  <DocSecurity>0</DocSecurity>
  <Lines>322</Lines>
  <Paragraphs>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45419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20</cp:revision>
  <dcterms:created xsi:type="dcterms:W3CDTF">2013-12-23T23:15:00Z</dcterms:created>
  <dcterms:modified xsi:type="dcterms:W3CDTF">2023-01-27T05:27:00Z</dcterms:modified>
  <cp:category/>
</cp:coreProperties>
</file>